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REVOCA DELLA DICHIARAZIONE D'INTENTO</w:t>
      </w:r>
    </w:p>
    <w:p/>
    <w:p/>
    <w:p>
      <w:r>
        <w:rPr>
          <w:b/>
          <w:sz w:val="20"/>
        </w:rPr>
        <w:t>Il sottoscritto:</w:t>
      </w:r>
    </w:p>
    <w:p>
      <w:r>
        <w:rPr>
          <w:b w:val="0"/>
          <w:sz w:val="20"/>
        </w:rPr>
        <w:t>Ragione Sociale / Nome e Cognome: 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___________________________________________________</w:t>
      </w:r>
    </w:p>
    <w:p>
      <w:r>
        <w:rPr>
          <w:b w:val="0"/>
          <w:sz w:val="20"/>
        </w:rPr>
        <w:t>Sede Legale / Residenza: _______________________________________________________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• Con dichiarazione d’intento inoltrata in data _______________, il sottoscritto ha comunicato di voler effettuare acquisti senza applicazione dell’IVA ai sensi dell’art. 8 del DPR 633/1972;</w:t>
      </w:r>
    </w:p>
    <w:p>
      <w:r>
        <w:rPr>
          <w:b w:val="0"/>
          <w:sz w:val="20"/>
        </w:rPr>
        <w:t>• La dichiarazione d’intento è stata ricevuta da ____________________________________ (nome fornitore/cedente/prestatore);</w:t>
      </w:r>
    </w:p>
    <w:p>
      <w:r>
        <w:rPr>
          <w:b w:val="0"/>
          <w:sz w:val="20"/>
        </w:rPr>
        <w:t>• Si rende necessaria la revoca della suddetta dichiarazione per i motivi di seguito indicati;</w:t>
      </w:r>
    </w:p>
    <w:p/>
    <w:p>
      <w:r>
        <w:rPr>
          <w:b/>
          <w:sz w:val="20"/>
        </w:rPr>
        <w:t>PERTANTO, il sottoscritto:</w:t>
      </w:r>
    </w:p>
    <w:p>
      <w:r>
        <w:rPr>
          <w:b w:val="0"/>
          <w:sz w:val="20"/>
        </w:rPr>
        <w:t>• Revoca con effetto immediato e senza necessità di ulteriori comunicazioni la dichiarazione d’intento precedentemente trasmessa e ricevuta dal fornitore/cedente/prestatore sopra indicato;</w:t>
      </w:r>
    </w:p>
    <w:p>
      <w:r>
        <w:rPr>
          <w:b w:val="0"/>
          <w:sz w:val="20"/>
        </w:rPr>
        <w:t>• Si impegna a regolarizzare ogni operazione effettuata in base alla dichiarazione d’intento revocata, applicando l’IVA secondo le disposizioni di legge vigenti;</w:t>
      </w:r>
    </w:p>
    <w:p>
      <w:r>
        <w:rPr>
          <w:b w:val="0"/>
          <w:sz w:val="20"/>
        </w:rPr>
        <w:t>• Solleva il fornitore/cedente/prestatore da ogni responsabilità derivante dall’uso della dichiarazione d’intento revocata a partire dalla data di revoca.</w:t>
      </w:r>
    </w:p>
    <w:p/>
    <w:p>
      <w:r>
        <w:rPr>
          <w:b/>
          <w:sz w:val="20"/>
        </w:rPr>
        <w:t>Motivazioni della revoca (facoltativo):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/>
    <w:p>
      <w:r>
        <w:rPr>
          <w:b/>
          <w:sz w:val="20"/>
        </w:rPr>
        <w:t>Dichiaro di essere consapevole delle sanzioni penali previste in caso di dichiarazioni mendaci ai sensi degli artt. 75 e 76 del D.P.R. 445/2000.</w:t>
      </w:r>
    </w:p>
    <w:p/>
    <w:p/>
    <w:p>
      <w:r>
        <w:rPr>
          <w:b w:val="0"/>
          <w:sz w:val="20"/>
        </w:rPr>
        <w:t>Luogo : _________________________________________</w:t>
      </w:r>
    </w:p>
    <w:p>
      <w:r>
        <w:rPr>
          <w:b w:val="0"/>
          <w:sz w:val="20"/>
        </w:rPr>
        <w:t>Data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Dichiarente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Dichiarente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Nome e Cognome: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https://esperto-dichiarazioni.com/revoca-dichiarazione-d-intento/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revoca-dichiarazione-d-intento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