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DI DICHIARAZIONE DI OSPITALITÀ BADANTE</w:t>
      </w:r>
    </w:p>
    <w:p/>
    <w:p/>
    <w:p>
      <w:r>
        <w:rPr>
          <w:b/>
          <w:sz w:val="20"/>
        </w:rPr>
        <w:t>Il sottoscritto/a:</w:t>
      </w:r>
    </w:p>
    <w:p>
      <w:r>
        <w:rPr>
          <w:b w:val="0"/>
          <w:sz w:val="20"/>
        </w:rPr>
        <w:t>Nome e Cognome : _________________________________________________</w:t>
      </w:r>
    </w:p>
    <w:p>
      <w:r>
        <w:rPr>
          <w:b w:val="0"/>
          <w:sz w:val="20"/>
        </w:rPr>
        <w:t>Nato/a a : _______________________________________________________</w:t>
      </w:r>
    </w:p>
    <w:p>
      <w:r>
        <w:rPr>
          <w:b w:val="0"/>
          <w:sz w:val="20"/>
        </w:rPr>
        <w:t>Il : ______________________________________________________________</w:t>
      </w:r>
    </w:p>
    <w:p>
      <w:r>
        <w:rPr>
          <w:b w:val="0"/>
          <w:sz w:val="20"/>
        </w:rPr>
        <w:t>Residente in : ____________________________________________________</w:t>
      </w:r>
    </w:p>
    <w:p>
      <w:r>
        <w:rPr>
          <w:b w:val="0"/>
          <w:sz w:val="20"/>
        </w:rPr>
        <w:t>Via/Piazza : ______________________________________________________</w:t>
      </w:r>
    </w:p>
    <w:p>
      <w:r>
        <w:rPr>
          <w:b w:val="0"/>
          <w:sz w:val="20"/>
        </w:rPr>
        <w:t>Codice Fiscale : _________________________________________________</w:t>
      </w:r>
    </w:p>
    <w:p/>
    <w:p>
      <w:r>
        <w:rPr>
          <w:b/>
          <w:sz w:val="20"/>
        </w:rPr>
        <w:t>Dichiara sotto la propria responsabilità, ai sensi degli artt. 46 e 47 del D.P.R. 445/2000 e s.m.i., quanto segue:</w:t>
      </w:r>
    </w:p>
    <w:p/>
    <w:p>
      <w:r>
        <w:rPr>
          <w:b/>
          <w:sz w:val="20"/>
        </w:rPr>
        <w:t>1. Di ospitare presso la propria abitazione il/la sig./sig.ra:</w:t>
      </w:r>
    </w:p>
    <w:p>
      <w:r>
        <w:rPr>
          <w:b w:val="0"/>
          <w:sz w:val="20"/>
        </w:rPr>
        <w:t>Nome e Cognome : _________________________________________________</w:t>
      </w:r>
    </w:p>
    <w:p>
      <w:r>
        <w:rPr>
          <w:b w:val="0"/>
          <w:sz w:val="20"/>
        </w:rPr>
        <w:t>Nato/a a : _______________________________________________________</w:t>
      </w:r>
    </w:p>
    <w:p>
      <w:r>
        <w:rPr>
          <w:b w:val="0"/>
          <w:sz w:val="20"/>
        </w:rPr>
        <w:t>Il : ______________________________________________________________</w:t>
      </w:r>
    </w:p>
    <w:p>
      <w:r>
        <w:rPr>
          <w:b w:val="0"/>
          <w:sz w:val="20"/>
        </w:rPr>
        <w:t>Codice Fiscale / Documento di Identità : ____________________________</w:t>
      </w:r>
    </w:p>
    <w:p>
      <w:r>
        <w:rPr>
          <w:b w:val="0"/>
          <w:sz w:val="20"/>
        </w:rPr>
        <w:t>Nazionalità : _____________________________________________________</w:t>
      </w:r>
    </w:p>
    <w:p/>
    <w:p>
      <w:r>
        <w:rPr>
          <w:b/>
          <w:sz w:val="20"/>
        </w:rPr>
        <w:t>2. Che la suddetta persona svolge attività di assistenza familiare (badante) presso la mia abitazione, sita in:</w:t>
      </w:r>
    </w:p>
    <w:p>
      <w:r>
        <w:rPr>
          <w:b w:val="0"/>
          <w:sz w:val="20"/>
        </w:rPr>
        <w:t>Indirizzo : _______________________________________________________</w:t>
      </w:r>
    </w:p>
    <w:p>
      <w:r>
        <w:rPr>
          <w:b w:val="0"/>
          <w:sz w:val="20"/>
        </w:rPr>
        <w:t>Città : __________________________________________________________</w:t>
      </w:r>
    </w:p>
    <w:p/>
    <w:p>
      <w:r>
        <w:rPr>
          <w:b/>
          <w:sz w:val="20"/>
        </w:rPr>
        <w:t>3. Che l'ospitalità è fornita a titolo gratuito / a titolo oneroso (barrare la voce corretta): ___________________________</w:t>
      </w:r>
    </w:p>
    <w:p/>
    <w:p>
      <w:r>
        <w:rPr>
          <w:b/>
          <w:sz w:val="20"/>
        </w:rPr>
        <w:t>4. Che la convivenza e l'assistenza sono iniziate in data: ___________________________</w:t>
      </w:r>
    </w:p>
    <w:p/>
    <w:p>
      <w:r>
        <w:rPr>
          <w:b/>
          <w:sz w:val="20"/>
        </w:rPr>
        <w:t>5. Di essere consapevole delle sanzioni penali previste in caso di dichiarazioni mendaci ai sensi della normativa vigente.</w:t>
      </w:r>
    </w:p>
    <w:p/>
    <w:p/>
    <w:p>
      <w:r>
        <w:rPr>
          <w:b/>
          <w:sz w:val="20"/>
        </w:rPr>
        <w:t>Informativa ai sensi dell’art. 13 del Regolamento UE 2016/679 (GDPR):</w:t>
      </w:r>
    </w:p>
    <w:p>
      <w:r>
        <w:rPr>
          <w:b w:val="0"/>
          <w:sz w:val="20"/>
        </w:rPr>
        <w:t>I dati personali forniti saranno trattati esclusivamente per le finalità connesse alla presente dichiarazione, nel rispetto della normativa sulla protezione dei dati personali. Il conferimento dei dati è obbligatorio ai fini della validità della dichiarazione.</w:t>
      </w:r>
    </w:p>
    <w:p/>
    <w:p/>
    <w:p>
      <w:r>
        <w:rPr>
          <w:b w:val="0"/>
          <w:sz w:val="20"/>
        </w:rPr>
        <w:t>Luogo : ____________________________________________________________</w:t>
      </w:r>
    </w:p>
    <w:p>
      <w:r>
        <w:rPr>
          <w:b w:val="0"/>
          <w:sz w:val="20"/>
        </w:rPr>
        <w:t>Firma del dichiarante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Dichiarante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Testimone (se presente)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 : _________________________</w:t>
              <w:br/>
              <w:br/>
              <w:t>Nome 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 : _________________________</w:t>
              <w:br/>
              <w:br/>
              <w:t>Nome 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https://esperto-dichiarazioni.com/modulo-dichiarazione-ospitalita-badante/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https://esperto-dichiarazioni.com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esperto-dichiarazioni.com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chiarazioni.com/modulo-dichiarazione-ospitalita-badante/" TargetMode="External"/><Relationship Id="rId10" Type="http://schemas.openxmlformats.org/officeDocument/2006/relationships/hyperlink" Target="https://esperto-dichiarazio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