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DICHIARAZIONE INDIRETTI GAS 3346</w:t>
      </w:r>
    </w:p>
    <w:p/>
    <w:p>
      <w:r>
        <w:rPr>
          <w:b w:val="0"/>
          <w:sz w:val="20"/>
        </w:rPr>
        <w:t>Il sottoscritto, consapevole delle sanzioni penali previste in caso di dichiarazioni mendaci, ai sensi e per gli effetti degli artt. 46 e 47 del D.P.R. 28 dicembre 2000, n. 445,</w:t>
      </w:r>
    </w:p>
    <w:p>
      <w:r>
        <w:rPr>
          <w:b w:val="0"/>
          <w:sz w:val="20"/>
        </w:rPr>
        <w:t>dichiara quanto segue riguardo agli Indiretti Gas di cui al modello 3346.</w:t>
      </w:r>
    </w:p>
    <w:p/>
    <w:p>
      <w:r>
        <w:rPr>
          <w:b/>
          <w:sz w:val="20"/>
        </w:rPr>
        <w:t>DATI DEL DICHIARANTE</w:t>
      </w:r>
    </w:p>
    <w:p>
      <w:r>
        <w:rPr>
          <w:b w:val="0"/>
          <w:sz w:val="20"/>
        </w:rPr>
        <w:t>Nome e Cognome : 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</w:t>
      </w:r>
    </w:p>
    <w:p>
      <w:r>
        <w:rPr>
          <w:b w:val="0"/>
          <w:sz w:val="20"/>
        </w:rPr>
        <w:t>Residenza (Indirizzo completo) : _______________________________________________</w:t>
      </w:r>
    </w:p>
    <w:p>
      <w:r>
        <w:rPr>
          <w:b w:val="0"/>
          <w:sz w:val="20"/>
        </w:rPr>
        <w:t>Recapito telefonico : 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_____________________________________________________________________</w:t>
      </w:r>
    </w:p>
    <w:p/>
    <w:p>
      <w:r>
        <w:rPr>
          <w:b/>
          <w:sz w:val="20"/>
        </w:rPr>
        <w:t>OGGETTO DELLA DICHIARAZIONE</w:t>
      </w:r>
    </w:p>
    <w:p>
      <w:r>
        <w:rPr>
          <w:b w:val="0"/>
          <w:sz w:val="20"/>
        </w:rPr>
        <w:t>Dichiaro che i dati, le informazioni e le documentazioni fornite in riferimento agli Indiretti Gas sono conformi alla realtà e corrispondono al vero.</w:t>
      </w:r>
    </w:p>
    <w:p>
      <w:r>
        <w:rPr>
          <w:b w:val="0"/>
          <w:sz w:val="20"/>
        </w:rPr>
        <w:t>In particolare, confermo che:</w:t>
      </w:r>
    </w:p>
    <w:p>
      <w:r>
        <w:rPr>
          <w:b w:val="0"/>
          <w:sz w:val="20"/>
        </w:rPr>
        <w:t>a) I consumi riportati sono stati acquisiti secondo le modalità previste dalla normativa vigente;</w:t>
      </w:r>
    </w:p>
    <w:p>
      <w:r>
        <w:rPr>
          <w:b w:val="0"/>
          <w:sz w:val="20"/>
        </w:rPr>
        <w:t>b) Non sono state omesse o alterate informazioni rilevanti ai fini della corretta valutazione dei consumi indiretti;</w:t>
      </w:r>
    </w:p>
    <w:p>
      <w:r>
        <w:rPr>
          <w:b w:val="0"/>
          <w:sz w:val="20"/>
        </w:rPr>
        <w:t>c) Gli eventuali dati stimati sono stati calcolati conformemente alle disposizioni applicabili;</w:t>
      </w:r>
    </w:p>
    <w:p/>
    <w:p>
      <w:r>
        <w:rPr>
          <w:b/>
          <w:sz w:val="20"/>
        </w:rPr>
        <w:t>RESPONSABILITÀ E CONFORMITÀ</w:t>
      </w:r>
    </w:p>
    <w:p>
      <w:r>
        <w:rPr>
          <w:b w:val="0"/>
          <w:sz w:val="20"/>
        </w:rPr>
        <w:t>Sono consapevole che la presente dichiarazione ha valore legale e che eventuali dichiarazioni false o mendaci comportano le conseguenze penali previste dalla legge,</w:t>
      </w:r>
    </w:p>
    <w:p>
      <w:r>
        <w:rPr>
          <w:b w:val="0"/>
          <w:sz w:val="20"/>
        </w:rPr>
        <w:t>nonché l'applicazione delle sanzioni amministrative e delle misure correttive previste dalla normativa vigente in materia di gas indiretti.</w:t>
      </w:r>
    </w:p>
    <w:p/>
    <w:p>
      <w:r>
        <w:rPr>
          <w:b/>
          <w:sz w:val="20"/>
        </w:rPr>
        <w:t>DOCUMENTAZIONE ALLEGATA</w:t>
      </w:r>
    </w:p>
    <w:p>
      <w:r>
        <w:rPr>
          <w:b w:val="0"/>
          <w:sz w:val="20"/>
        </w:rPr>
        <w:t>Allego alla presente dichiarazione la seguente documentazione comprovante i dati dichiarati:</w:t>
      </w:r>
    </w:p>
    <w:p>
      <w:r>
        <w:rPr>
          <w:b w:val="0"/>
          <w:sz w:val="20"/>
        </w:rPr>
        <w:t>- Copie delle fatture e/o bollette gas;</w:t>
      </w:r>
    </w:p>
    <w:p>
      <w:r>
        <w:rPr>
          <w:b w:val="0"/>
          <w:sz w:val="20"/>
        </w:rPr>
        <w:t>- Rapporti di verifica e controllo;</w:t>
      </w:r>
    </w:p>
    <w:p>
      <w:r>
        <w:rPr>
          <w:b w:val="0"/>
          <w:sz w:val="20"/>
        </w:rPr>
        <w:t>- Eventuali altri documenti giustificativi: ______________________________________</w:t>
      </w:r>
    </w:p>
    <w:p/>
    <w:p>
      <w:r>
        <w:rPr>
          <w:b/>
          <w:sz w:val="20"/>
        </w:rPr>
        <w:t>MODALITÀ DI TRASMISSIONE</w:t>
      </w:r>
    </w:p>
    <w:p>
      <w:r>
        <w:rPr>
          <w:b w:val="0"/>
          <w:sz w:val="20"/>
        </w:rPr>
        <w:t>La presente dichiarazione, unitamente alla documentazione allegata, sarà trasmessa agli enti competenti secondo le modalità stabilite dalla normativa vigente.</w:t>
      </w:r>
    </w:p>
    <w:p/>
    <w:p/>
    <w:p>
      <w:r>
        <w:rPr>
          <w:b w:val="0"/>
          <w:sz w:val="20"/>
        </w:rPr>
        <w:t>Luogo : _______________________________________________</w:t>
      </w:r>
    </w:p>
    <w:p>
      <w:r>
        <w:rPr>
          <w:b w:val="0"/>
          <w:sz w:val="20"/>
        </w:rPr>
        <w:t>Firma del dichiarante : _______________________________________________</w:t>
      </w:r>
    </w:p>
    <w:p/>
    <w:p/>
    <w:p/>
    <w:p>
      <w:r>
        <w:rPr>
          <w:b/>
          <w:sz w:val="20"/>
        </w:rPr>
        <w:t>NB: La firma autografa è obbligatoria ai sensi della normativa vigente.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</w:t>
            </w:r>
          </w:p>
        </w:tc>
      </w:tr>
    </w:tbl>
    <w:p>
      <w:r>
        <w:rPr>
          <w:b/>
          <w:sz w:val="20"/>
        </w:rPr>
        <w:t>NOTE:</w:t>
      </w:r>
    </w:p>
    <w:p>
      <w:r>
        <w:rPr>
          <w:b w:val="0"/>
          <w:sz w:val="20"/>
        </w:rPr>
        <w:t>- La presente dichiarazione deve essere conservata per almeno 10 anni.</w:t>
      </w:r>
    </w:p>
    <w:p>
      <w:r>
        <w:rPr>
          <w:b w:val="0"/>
          <w:sz w:val="20"/>
        </w:rPr>
        <w:t>- Eventuali aggiornamenti o modifiche dovranno essere comunicati tempestivamente.</w:t>
      </w:r>
    </w:p>
    <w:p>
      <w:r>
        <w:rPr>
          <w:b w:val="0"/>
          <w:sz w:val="20"/>
        </w:rPr>
        <w:t>- Per assistenza o chiarimenti contattare l'ufficio competente.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https://esperto-dichiarazioni.com/modulo-dichiarazione-indiretti-gas-3346/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chiarazione-indiretti-gas-3346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