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MODULO DI DICHIARAZIONE DI ESONERO SUCCESSIONE</w:t>
      </w:r>
    </w:p>
    <w:p/>
    <w:p/>
    <w:p>
      <w:r>
        <w:rPr>
          <w:b/>
          <w:sz w:val="20"/>
        </w:rPr>
        <w:t>Il/la sottoscritto/a:</w:t>
      </w:r>
    </w:p>
    <w:p>
      <w:r>
        <w:rPr>
          <w:b w:val="0"/>
          <w:sz w:val="20"/>
        </w:rPr>
        <w:t>Nome e Cognome : ___________________________________________________</w:t>
      </w:r>
    </w:p>
    <w:p>
      <w:r>
        <w:rPr>
          <w:b w:val="0"/>
          <w:sz w:val="20"/>
        </w:rPr>
        <w:t>Codice Fiscale : ____________________________________________________</w:t>
      </w:r>
    </w:p>
    <w:p>
      <w:r>
        <w:rPr>
          <w:b w:val="0"/>
          <w:sz w:val="20"/>
        </w:rPr>
        <w:t>Nato/a a : ________________________ Prov. _______ il ________________</w:t>
      </w:r>
    </w:p>
    <w:p>
      <w:r>
        <w:rPr>
          <w:b w:val="0"/>
          <w:sz w:val="20"/>
        </w:rPr>
        <w:t>Residente in : ______________________________________________________</w:t>
      </w:r>
    </w:p>
    <w:p>
      <w:r>
        <w:rPr>
          <w:b w:val="0"/>
          <w:sz w:val="20"/>
        </w:rPr>
        <w:t>Via/Piazza : _________________________________________________________</w:t>
      </w:r>
    </w:p>
    <w:p/>
    <w:p>
      <w:r>
        <w:rPr>
          <w:b/>
          <w:sz w:val="20"/>
        </w:rPr>
        <w:t>Consapevole delle responsabilità penali previste dagli artt. 75 e 76 del D.P.R. 445/2000 per le dichiarazioni mendaci, la falsità negli atti e l’uso di atti falsi,</w:t>
      </w:r>
    </w:p>
    <w:p>
      <w:r>
        <w:rPr>
          <w:b/>
          <w:sz w:val="20"/>
        </w:rPr>
        <w:t>DICHIARA</w:t>
      </w:r>
    </w:p>
    <w:p/>
    <w:p>
      <w:r>
        <w:rPr>
          <w:b/>
          <w:sz w:val="20"/>
        </w:rPr>
        <w:t>1. di essere erede o avente causa dell’eredità del defunto:</w:t>
      </w:r>
    </w:p>
    <w:p>
      <w:r>
        <w:rPr>
          <w:b w:val="0"/>
          <w:sz w:val="20"/>
        </w:rPr>
        <w:t>Nome e Cognome : ___________________________________________________</w:t>
      </w:r>
    </w:p>
    <w:p>
      <w:r>
        <w:rPr>
          <w:b w:val="0"/>
          <w:sz w:val="20"/>
        </w:rPr>
        <w:t>Codice Fiscale : ____________________________________________________</w:t>
      </w:r>
    </w:p>
    <w:p>
      <w:r>
        <w:rPr>
          <w:b w:val="0"/>
          <w:sz w:val="20"/>
        </w:rPr>
        <w:t>Nato/a a : ________________________ Prov. _______ il ________________</w:t>
      </w:r>
    </w:p>
    <w:p/>
    <w:p>
      <w:r>
        <w:rPr>
          <w:b/>
          <w:sz w:val="20"/>
        </w:rPr>
        <w:t>2. di non essere tenuto/a alla presentazione della dichiarazione di successione ai sensi dell’art. 17, comma 1, del D.Lgs. 31 ottobre 1990, n. 346, in quanto il valore complessivo netto dell’eredità non supera il limite previsto dalla normativa vigente.</w:t>
      </w:r>
    </w:p>
    <w:p/>
    <w:p>
      <w:r>
        <w:rPr>
          <w:b/>
          <w:sz w:val="20"/>
        </w:rPr>
        <w:t>3. che l’eredità è composta esclusivamente dai seguenti beni e diritti (indicare con precisione):</w:t>
      </w:r>
    </w:p>
    <w:p>
      <w:r>
        <w:rPr>
          <w:b w:val="0"/>
          <w:sz w:val="20"/>
        </w:rPr>
        <w:t>- Beni immobili: _____________________________________________________</w:t>
      </w:r>
    </w:p>
    <w:p>
      <w:r>
        <w:rPr>
          <w:b w:val="0"/>
          <w:sz w:val="20"/>
        </w:rPr>
        <w:t>- Beni mobili registrati: ____________________________________________</w:t>
      </w:r>
    </w:p>
    <w:p>
      <w:r>
        <w:rPr>
          <w:b w:val="0"/>
          <w:sz w:val="20"/>
        </w:rPr>
        <w:t>- Titoli, azioni, depositi bancari e altri beni mobili: ________________</w:t>
      </w:r>
    </w:p>
    <w:p>
      <w:r>
        <w:rPr>
          <w:b w:val="0"/>
          <w:sz w:val="20"/>
        </w:rPr>
        <w:t>- Altri beni (specificare): ___________________________________________</w:t>
      </w:r>
    </w:p>
    <w:p/>
    <w:p>
      <w:r>
        <w:rPr>
          <w:b/>
          <w:sz w:val="20"/>
        </w:rPr>
        <w:t>4. che non vi sono debiti o passività che eccedano il valore dei beni ereditati.</w:t>
      </w:r>
    </w:p>
    <w:p/>
    <w:p>
      <w:r>
        <w:rPr>
          <w:b/>
          <w:sz w:val="20"/>
        </w:rPr>
        <w:t>5. di impegnarsi a comunicare tempestivamente ogni variazione che possa influire sugli obblighi fiscali relativi alla successione.</w:t>
      </w:r>
    </w:p>
    <w:p/>
    <w:p/>
    <w:p>
      <w:r>
        <w:rPr>
          <w:b w:val="0"/>
          <w:sz w:val="20"/>
        </w:rPr>
        <w:t>Luogo di sottoscrizione : ______________________________________________</w:t>
      </w:r>
    </w:p>
    <w:p>
      <w:r>
        <w:rPr>
          <w:b w:val="0"/>
          <w:sz w:val="20"/>
        </w:rPr>
        <w:t>Firma del dichiarante : _______________________________________________</w:t>
      </w:r>
    </w:p>
    <w:p/>
    <w:p/>
    <w:p/>
    <w:p>
      <w:r>
        <w:rPr>
          <w:b/>
          <w:sz w:val="20"/>
        </w:rPr>
        <w:t>Informativa ai sensi dell’art. 13 del Regolamento UE 2016/679 (GDPR):</w:t>
      </w:r>
    </w:p>
    <w:p>
      <w:r>
        <w:rPr>
          <w:b w:val="0"/>
          <w:sz w:val="20"/>
        </w:rPr>
        <w:t>I dati personali forniti saranno trattati esclusivamente per finalità connesse all’adempimento degli obblighi fiscali relativi alla dichiarazione di successione, nel rispetto della normativa vigente in materia di protezione dei dati personali. Titolare del trattamento è l’Agenzia delle Entrate.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Dichiarante</w:t>
            </w:r>
          </w:p>
        </w:tc>
        <w:tc>
          <w:tcPr>
            <w:tcW w:type="dxa" w:w="4986"/>
            <w:tcBorders>
              <w:top w:val="nil"/>
              <w:left w:val="nil"/>
              <w:bottom w:val="nil"/>
              <w:right w:val="nil"/>
              <w:insideH w:val="nil"/>
              <w:insideV w:val="nil"/>
            </w:tcBorders>
          </w:tcPr>
          <w:p>
            <w:pPr>
              <w:jc w:val="center"/>
            </w:pPr>
            <w:r>
              <w:t>Testimone (facoltativo)</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https://esperto-dichiarazioni.com/modulo-dichiarazione-di-esonero-successione/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https://esperto-dichiarazioni.com</w:t>
        </w:r>
      </w:hyperlink>
    </w:p>
    <w:p>
      <w:pPr>
        <w:jc w:val="center"/>
      </w:pPr>
      <w:r>
        <w:rPr>
          <w:color w:val="808080"/>
          <w:sz w:val="20"/>
        </w:rPr>
        <w:t>Questo modello è destinato esclusivamente a un uso personale e non commerciale.</w:t>
        <w:br/>
        <w:t>Qualsiasi diffusione o pubblicazione deve citare obbligatoriamente la fonte. © esperto-dichiarazioni.com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dichiarazioni.com/modulo-dichiarazione-di-esonero-successione/" TargetMode="External"/><Relationship Id="rId10" Type="http://schemas.openxmlformats.org/officeDocument/2006/relationships/hyperlink" Target="https://esperto-dichiarazion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