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</w:t>
      </w:r>
    </w:p>
    <w:p/>
    <w:p/>
    <w:p>
      <w:r>
        <w:rPr>
          <w:b w:val="0"/>
          <w:sz w:val="20"/>
        </w:rPr>
        <w:t>Il sottoscritto, in qualità di Responsabile Tecnico o Legale Rappresentante dell'azienda/organizzazione di seguito indicata,</w:t>
      </w:r>
    </w:p>
    <w:p>
      <w:r>
        <w:rPr>
          <w:b w:val="0"/>
          <w:sz w:val="20"/>
        </w:rPr>
        <w:t>dichiara sotto la propria responsabilità che il prodotto/servizio descritto è conforme alle normative vigenti in materia di sicurezza,</w:t>
      </w:r>
    </w:p>
    <w:p>
      <w:r>
        <w:rPr>
          <w:b w:val="0"/>
          <w:sz w:val="20"/>
        </w:rPr>
        <w:t>qualità e rispetto delle disposizioni legislative italiane ed europee applicabili.</w:t>
      </w:r>
    </w:p>
    <w:p/>
    <w:p/>
    <w:p>
      <w:r>
        <w:rPr>
          <w:b/>
          <w:sz w:val="20"/>
        </w:rPr>
        <w:t>Dati dell'Azienda/Organizzazione :</w:t>
      </w:r>
    </w:p>
    <w:p>
      <w:r>
        <w:rPr>
          <w:b w:val="0"/>
          <w:sz w:val="20"/>
        </w:rPr>
        <w:t>Ragione Sociale : ________________________________________________________</w:t>
      </w:r>
    </w:p>
    <w:p>
      <w:r>
        <w:rPr>
          <w:b w:val="0"/>
          <w:sz w:val="20"/>
        </w:rPr>
        <w:t>Indirizzo Sede Legale : 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</w:t>
      </w:r>
    </w:p>
    <w:p>
      <w:r>
        <w:rPr>
          <w:b w:val="0"/>
          <w:sz w:val="20"/>
        </w:rPr>
        <w:t>Telefono : 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</w:t>
      </w:r>
    </w:p>
    <w:p/>
    <w:p/>
    <w:p>
      <w:r>
        <w:rPr>
          <w:b/>
          <w:sz w:val="20"/>
        </w:rPr>
        <w:t>Dati del Dichiarante :</w:t>
      </w:r>
    </w:p>
    <w:p>
      <w:r>
        <w:rPr>
          <w:b w:val="0"/>
          <w:sz w:val="20"/>
        </w:rPr>
        <w:t>Nome e Cognome : _________________________________________________________</w:t>
      </w:r>
    </w:p>
    <w:p>
      <w:r>
        <w:rPr>
          <w:b w:val="0"/>
          <w:sz w:val="20"/>
        </w:rPr>
        <w:t>Qualifica : _______________________________________________________________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</w:t>
      </w:r>
    </w:p>
    <w:p/>
    <w:p/>
    <w:p>
      <w:r>
        <w:rPr>
          <w:b/>
          <w:sz w:val="20"/>
        </w:rPr>
        <w:t>Descrizione del Prodotto/Servizio oggetto della dichiarazione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Normative di Riferimento :</w:t>
      </w:r>
    </w:p>
    <w:p>
      <w:r>
        <w:rPr>
          <w:b w:val="0"/>
          <w:sz w:val="20"/>
        </w:rPr>
        <w:t>- Direttiva 2014/35/UE (bassa tensione)</w:t>
      </w:r>
    </w:p>
    <w:p>
      <w:r>
        <w:rPr>
          <w:b w:val="0"/>
          <w:sz w:val="20"/>
        </w:rPr>
        <w:t>- Direttiva 2014/30/UE (compatibilità elettromagnetica)</w:t>
      </w:r>
    </w:p>
    <w:p>
      <w:r>
        <w:rPr>
          <w:b w:val="0"/>
          <w:sz w:val="20"/>
        </w:rPr>
        <w:t>- Regolamento (UE) 2016/425 (dispositivi di protezione individuale)</w:t>
      </w:r>
    </w:p>
    <w:p>
      <w:r>
        <w:rPr>
          <w:b w:val="0"/>
          <w:sz w:val="20"/>
        </w:rPr>
        <w:t>- Norma tecnica UNI EN ISO 9001</w:t>
      </w:r>
    </w:p>
    <w:p>
      <w:r>
        <w:rPr>
          <w:b w:val="0"/>
          <w:sz w:val="20"/>
        </w:rPr>
        <w:t>- Altre normative e standard applicabili: ________________________________</w:t>
      </w:r>
    </w:p>
    <w:p/>
    <w:p/>
    <w:p>
      <w:r>
        <w:rPr>
          <w:b w:val="0"/>
          <w:sz w:val="20"/>
        </w:rPr>
        <w:t>Il sottoscritto dichiara che il prodotto/servizio sopra descritto è stato sottoposto a tutte le verifiche, prove e controlli necessari</w:t>
      </w:r>
    </w:p>
    <w:p>
      <w:r>
        <w:rPr>
          <w:b w:val="0"/>
          <w:sz w:val="20"/>
        </w:rPr>
        <w:t>ai sensi delle normative applicabili e risulta conforme ai requisiti essenziali di sicurezza e qualità previsti dalla legge.</w:t>
      </w:r>
    </w:p>
    <w:p/>
    <w:p/>
    <w:p>
      <w:r>
        <w:rPr>
          <w:b/>
          <w:sz w:val="20"/>
        </w:rPr>
        <w:t>Il dichiarante assume ogni responsabilità civile e penale derivante da dichiarazioni false o mendaci ai sensi degli articoli 46 e 47 del D.P.R. 445/2000.</w:t>
      </w:r>
    </w:p>
    <w:p/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Timbro Aziendale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in stampatello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https://esperto-dichiarazioni.com/modulo-dichiarazione-di-conformita/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di-conformit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