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CONFORMITÀ DELLA MESSA A TERRA</w:t>
      </w:r>
    </w:p>
    <w:p/>
    <w:p/>
    <w:p>
      <w:r>
        <w:rPr>
          <w:b/>
          <w:sz w:val="20"/>
        </w:rPr>
        <w:t>Dati dell'Impresa Installatrice:</w:t>
      </w:r>
    </w:p>
    <w:p>
      <w:r>
        <w:rPr>
          <w:b w:val="0"/>
          <w:sz w:val="20"/>
        </w:rPr>
        <w:t>Ragione Sociale: ___________________________________________________________</w:t>
      </w:r>
    </w:p>
    <w:p>
      <w:r>
        <w:rPr>
          <w:b w:val="0"/>
          <w:sz w:val="20"/>
        </w:rPr>
        <w:t>Indirizzo Sede Legale: ______________________________________________________</w:t>
      </w:r>
    </w:p>
    <w:p>
      <w:r>
        <w:rPr>
          <w:b w:val="0"/>
          <w:sz w:val="20"/>
        </w:rPr>
        <w:t>C.F./P.IVA: ________________________________________________________________</w:t>
      </w:r>
    </w:p>
    <w:p>
      <w:r>
        <w:rPr>
          <w:b w:val="0"/>
          <w:sz w:val="20"/>
        </w:rPr>
        <w:t>Numero REA: _______________________________________________________________</w:t>
      </w:r>
    </w:p>
    <w:p>
      <w:r>
        <w:rPr>
          <w:b w:val="0"/>
          <w:sz w:val="20"/>
        </w:rPr>
        <w:t>Responsabile Tecnico: ______________________________________________________</w:t>
      </w:r>
    </w:p>
    <w:p/>
    <w:p>
      <w:r>
        <w:rPr>
          <w:b/>
          <w:sz w:val="20"/>
        </w:rPr>
        <w:t>Dati dell’Impianto:</w:t>
      </w:r>
    </w:p>
    <w:p>
      <w:r>
        <w:rPr>
          <w:b w:val="0"/>
          <w:sz w:val="20"/>
        </w:rPr>
        <w:t>Ubicazione: ________________________________________________________________</w:t>
      </w:r>
    </w:p>
    <w:p>
      <w:r>
        <w:rPr>
          <w:b w:val="0"/>
          <w:sz w:val="20"/>
        </w:rPr>
        <w:t>Committente/Cliente: _______________________________________________________</w:t>
      </w:r>
    </w:p>
    <w:p>
      <w:r>
        <w:rPr>
          <w:b w:val="0"/>
          <w:sz w:val="20"/>
        </w:rPr>
        <w:t>Tipo di impianto elettrico: _________________________________________________</w:t>
      </w:r>
    </w:p>
    <w:p>
      <w:r>
        <w:rPr>
          <w:b w:val="0"/>
          <w:sz w:val="20"/>
        </w:rPr>
        <w:t>Tipologia messa a terra eseguita: ___________________________________________</w:t>
      </w:r>
    </w:p>
    <w:p/>
    <w:p>
      <w:pPr>
        <w:jc w:val="center"/>
      </w:pPr>
      <w:r>
        <w:rPr>
          <w:b/>
          <w:sz w:val="20"/>
        </w:rPr>
        <w:t>DICHIARAZIONE</w:t>
      </w:r>
    </w:p>
    <w:p/>
    <w:p>
      <w:r>
        <w:rPr>
          <w:b w:val="0"/>
          <w:sz w:val="20"/>
        </w:rPr>
        <w:t>Il sottoscritto, in qualità di responsabile tecnico dell'impresa installatrice sopra identificata, dichiara che l'impianto di messa a terra realizzato presso l'ubicazione sopra indicata è stato eseguito in conformità alle normative vigenti in materia di sicurezza elettrica, in particolare secondo quanto previsto dal Decreto Ministeriale 37/2008, dalla Norma CEI 64-8 e dalle relative prescrizioni tecniche applicabili.</w:t>
      </w:r>
    </w:p>
    <w:p/>
    <w:p>
      <w:r>
        <w:rPr>
          <w:b w:val="0"/>
          <w:sz w:val="20"/>
        </w:rPr>
        <w:t>L'impianto è stato progettato, realizzato e verificato in modo da garantire la protezione delle persone e dei beni contro i rischi di natura elettrica derivanti da contatti diretti e indiretti, assicurando la corretta funzionalità del sistema di messa a terra e dei dispositivi di protezione associati.</w:t>
      </w:r>
    </w:p>
    <w:p/>
    <w:p>
      <w:r>
        <w:rPr>
          <w:b w:val="0"/>
          <w:sz w:val="20"/>
        </w:rPr>
        <w:t>Sono stati eseguiti tutti i controlli e le prove necessarie per verificare la continuità elettrica dell'impianto di terra, la resistenza di terra e il corretto funzionamento degli interruttori differenziali, nei limiti e con le modalità stabilite dalle norme tecniche applicabili.</w:t>
      </w:r>
    </w:p>
    <w:p/>
    <w:p>
      <w:r>
        <w:rPr>
          <w:b w:val="0"/>
          <w:sz w:val="20"/>
        </w:rPr>
        <w:t>La presente dichiarazione viene rilasciata ai sensi dell’art. 7 del DM 37/2008 e ha validità ai fini della conformità dell’impianto alle disposizioni legislative e normative vigenti.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IMPRESA INSTALLATRICE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COMMITTENTE/RESPONSABILE IMPIANTO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___________________________________</w:t>
            </w:r>
          </w:p>
        </w:tc>
      </w:tr>
    </w:tbl>
    <w:p/>
    <w:p/>
    <w:p>
      <w:r>
        <w:rPr>
          <w:b/>
          <w:sz w:val="20"/>
        </w:rPr>
        <w:t>Note:</w:t>
      </w:r>
    </w:p>
    <w:p>
      <w:r>
        <w:rPr>
          <w:b w:val="0"/>
          <w:sz w:val="20"/>
        </w:rPr>
        <w:t>La presente dichiarazione non sostituisce le verifiche periodiche obbligatorie né le certificazioni di conformità rilasciate da organismi preposti ai sensi delle normative vigenti.</w:t>
      </w:r>
    </w:p>
    <w:p>
      <w:r>
        <w:rPr>
          <w:b w:val="0"/>
          <w:sz w:val="20"/>
        </w:rPr>
        <w:t>Si ricorda che la manutenzione e la verifica periodica dell'impianto di messa a terra devono essere effettuate da personale qualificato e secondo le modalità previste dalla normativa vigente.</w:t>
      </w:r>
    </w:p>
    <w:p/>
    <w:p>
      <w:r>
        <w:rPr>
          <w:b/>
          <w:sz w:val="20"/>
        </w:rPr>
        <w:t>Riferimenti normativi principali:</w:t>
      </w:r>
    </w:p>
    <w:p>
      <w:r>
        <w:rPr>
          <w:b w:val="0"/>
          <w:sz w:val="20"/>
        </w:rPr>
        <w:t>- Decreto Ministeriale 37/2008</w:t>
        <w:br/>
        <w:t>- Norma CEI 64-8</w:t>
        <w:br/>
        <w:t>- Norma CEI EN 50522</w:t>
        <w:br/>
        <w:t>- Norma CEI 11-1</w:t>
      </w:r>
    </w:p>
    <w:p/>
    <w:p/>
    <w:p>
      <w:r>
        <w:rPr>
          <w:b/>
          <w:sz w:val="20"/>
        </w:rPr>
        <w:t>Timbro e Firma dell’Impresa Installatrice: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https://esperto-dichiarazioni.com/modulo-dichiarazione-di-conformita-messa-a-terra/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modulo-dichiarazione-di-conformita-messa-a-terra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