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DICHIARAZIONE DI CONFORMITÀ DELL'IMPIANTO DI CLIMATIZZAZIONE</w:t>
      </w:r>
    </w:p>
    <w:p/>
    <w:p/>
    <w:p>
      <w:r>
        <w:rPr>
          <w:b/>
          <w:sz w:val="20"/>
        </w:rPr>
        <w:t>Dati del Dichiarante:</w:t>
      </w:r>
    </w:p>
    <w:p>
      <w:r>
        <w:rPr>
          <w:b w:val="0"/>
          <w:sz w:val="20"/>
        </w:rPr>
        <w:t>Nome e Cognome / Ragione Sociale : _____________________________________________</w:t>
      </w:r>
    </w:p>
    <w:p>
      <w:r>
        <w:rPr>
          <w:b w:val="0"/>
          <w:sz w:val="20"/>
        </w:rPr>
        <w:t>Indirizzo Sede Legale : 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</w:t>
      </w:r>
    </w:p>
    <w:p/>
    <w:p>
      <w:r>
        <w:rPr>
          <w:b/>
          <w:sz w:val="20"/>
        </w:rPr>
        <w:t>Dati dell'Impianto di Climatizzazione:</w:t>
      </w:r>
    </w:p>
    <w:p>
      <w:r>
        <w:rPr>
          <w:b w:val="0"/>
          <w:sz w:val="20"/>
        </w:rPr>
        <w:t>Indirizzo Ubicazione Impianto : _______________________________________________</w:t>
      </w:r>
    </w:p>
    <w:p>
      <w:r>
        <w:rPr>
          <w:b w:val="0"/>
          <w:sz w:val="20"/>
        </w:rPr>
        <w:t>Tipologia Impianto : __________________________________________________________</w:t>
      </w:r>
    </w:p>
    <w:p>
      <w:r>
        <w:rPr>
          <w:b w:val="0"/>
          <w:sz w:val="20"/>
        </w:rPr>
        <w:t>Marca Modello : _______________________________________________________________</w:t>
      </w:r>
    </w:p>
    <w:p>
      <w:r>
        <w:rPr>
          <w:b w:val="0"/>
          <w:sz w:val="20"/>
        </w:rPr>
        <w:t>Potenza Nominale : ____________________________________________________________</w:t>
      </w:r>
    </w:p>
    <w:p>
      <w:r>
        <w:rPr>
          <w:b w:val="0"/>
          <w:sz w:val="20"/>
        </w:rPr>
        <w:t>Anno di Installazione : ________________________________________________________</w:t>
      </w:r>
    </w:p>
    <w:p>
      <w:r>
        <w:rPr>
          <w:b w:val="0"/>
          <w:sz w:val="20"/>
        </w:rPr>
        <w:t>Numero di matricola / codice identificativo : ___________________________________</w:t>
      </w:r>
    </w:p>
    <w:p/>
    <w:p>
      <w:pPr>
        <w:jc w:val="center"/>
      </w:pPr>
      <w:r>
        <w:rPr>
          <w:b/>
          <w:sz w:val="20"/>
        </w:rPr>
        <w:t>DICHIARAZIONE</w:t>
      </w:r>
    </w:p>
    <w:p/>
    <w:p>
      <w:r>
        <w:rPr>
          <w:b w:val="0"/>
          <w:sz w:val="20"/>
        </w:rPr>
        <w:t>Il sottoscritto dichiara sotto la propria responsabilità che l'impianto di climatizzazione sopra descritto è stato installato, collaudato e messo in esercizio in conformità alle normative vigenti in materia di sicurezza, efficienza energetica e tutela ambientale, in particolare ai sensi del D.Lgs. 192/2005, del D.P.R. 74/2013 e delle norme UNI applicabili.</w:t>
      </w:r>
    </w:p>
    <w:p/>
    <w:p>
      <w:r>
        <w:rPr>
          <w:b w:val="0"/>
          <w:sz w:val="20"/>
        </w:rPr>
        <w:t>L'impianto rispetta i requisiti tecnici previsti per garantire la sicurezza degli utenti, la corretta funzionalità e la tutela dell'ambiente, con particolare riferimento all'utilizzo di fluidi refrigeranti autorizzati e alle modalità di installazione e manutenzione.</w:t>
      </w:r>
    </w:p>
    <w:p/>
    <w:p>
      <w:r>
        <w:rPr>
          <w:b w:val="0"/>
          <w:sz w:val="20"/>
        </w:rPr>
        <w:t>Si attesta altresì che le verifiche e i controlli effettuati risultano conformi alle prescrizioni normative e che l'impianto è stato messo in esercizio in data _________________.</w:t>
      </w:r>
    </w:p>
    <w:p/>
    <w:p>
      <w:r>
        <w:rPr>
          <w:b/>
          <w:sz w:val="20"/>
        </w:rPr>
        <w:t>NORMATIVA DI RIFERIMENTO</w:t>
      </w:r>
    </w:p>
    <w:p>
      <w:r>
        <w:rPr>
          <w:b w:val="0"/>
          <w:sz w:val="20"/>
        </w:rPr>
        <w:t>- Decreto Legislativo 19 agosto 2005, n. 192 e successive modifiche e integrazioni</w:t>
      </w:r>
    </w:p>
    <w:p>
      <w:r>
        <w:rPr>
          <w:b w:val="0"/>
          <w:sz w:val="20"/>
        </w:rPr>
        <w:t>- Decreto del Presidente della Repubblica 16 aprile 2013, n. 74</w:t>
      </w:r>
    </w:p>
    <w:p>
      <w:r>
        <w:rPr>
          <w:b w:val="0"/>
          <w:sz w:val="20"/>
        </w:rPr>
        <w:t>- Norme UNI EN 378 e UNI EN 13313</w:t>
      </w:r>
    </w:p>
    <w:p>
      <w:r>
        <w:rPr>
          <w:b w:val="0"/>
          <w:sz w:val="20"/>
        </w:rPr>
        <w:t>- Regolamento (UE) n. 517/2014 relativo ai gas fluorurati ad effetto serra</w:t>
      </w:r>
    </w:p>
    <w:p/>
    <w:p>
      <w:r>
        <w:rPr>
          <w:b/>
          <w:sz w:val="20"/>
        </w:rPr>
        <w:t>RESPONSABILITÀ E MANUTENZIONE</w:t>
      </w:r>
    </w:p>
    <w:p>
      <w:r>
        <w:rPr>
          <w:b w:val="0"/>
          <w:sz w:val="20"/>
        </w:rPr>
        <w:t>Il sottoscritto si impegna a garantire la corretta manutenzione periodica dell'impianto secondo quanto previsto dalle normative vigenti per assicurare la sicurezza e l'efficienza dell'impianto nel tempo.</w:t>
      </w:r>
    </w:p>
    <w:p>
      <w:r>
        <w:rPr>
          <w:b w:val="0"/>
          <w:sz w:val="20"/>
        </w:rPr>
        <w:t>Si dichiara altresì disponibile a fornire tutta la documentazione tecnica e amministrativa relativa all'impianto, come previsto dalla normativa vigente.</w:t>
      </w:r>
    </w:p>
    <w:p/>
    <w:p>
      <w:r>
        <w:rPr>
          <w:b w:val="0"/>
          <w:sz w:val="20"/>
        </w:rPr>
        <w:t>Luogo : ______________________________________</w:t>
      </w:r>
    </w:p>
    <w:p>
      <w:r>
        <w:rPr>
          <w:b w:val="0"/>
          <w:sz w:val="20"/>
        </w:rPr>
        <w:t>Firma del Dichiarante 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Tecnico Installatore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Manutenzione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________________________________</w:t>
            </w:r>
          </w:p>
        </w:tc>
      </w:tr>
    </w:tbl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- La presente dichiarazione deve essere conservata insieme alla documentazione tecnica dell'impianto.</w:t>
      </w:r>
    </w:p>
    <w:p>
      <w:r>
        <w:rPr>
          <w:b w:val="0"/>
          <w:sz w:val="20"/>
        </w:rPr>
        <w:t>- Eventuali modifiche o interventi sull'impianto devono essere effettuati da personale qualificato e documentati adeguatamente.</w:t>
      </w:r>
    </w:p>
    <w:p>
      <w:r>
        <w:rPr>
          <w:b w:val="0"/>
          <w:sz w:val="20"/>
        </w:rPr>
        <w:t>- La mancata conformità alle normative vigenti comporta sanzioni amministrative e penali ai sensi di legge.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https://esperto-dichiarazioni.com/modulo-dichiarazione-di-conformita-impianto-climatizzazione/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di-conformita-impianto-climatizzazion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