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CONFORMITÀ DELL'IMPIANTO ALLA REGOLA D'ARTE</w:t>
      </w:r>
    </w:p>
    <w:p/>
    <w:p/>
    <w:p>
      <w:r>
        <w:rPr>
          <w:b/>
          <w:sz w:val="20"/>
        </w:rPr>
        <w:t>Il sottoscritto, nella qualità di: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/>
          <w:sz w:val="20"/>
        </w:rPr>
        <w:t>con sede legale in: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in qualità di responsabile tecnico/progettista/installatore dell'impianto descritto di seguito,</w:t>
      </w:r>
    </w:p>
    <w:p/>
    <w:p>
      <w:r>
        <w:rPr>
          <w:b/>
          <w:sz w:val="20"/>
        </w:rPr>
        <w:t>DICHIARA</w:t>
      </w:r>
    </w:p>
    <w:p>
      <w:r>
        <w:rPr>
          <w:b w:val="0"/>
          <w:sz w:val="20"/>
        </w:rPr>
        <w:t>che l'impianto elettrico/termico/idraulico/gas (barrare la voce pertinente) realizzato presso:</w:t>
      </w:r>
    </w:p>
    <w:p>
      <w:r>
        <w:rPr>
          <w:b w:val="0"/>
          <w:sz w:val="20"/>
        </w:rPr>
        <w:t>_________________________________________________________________________</w:t>
      </w:r>
    </w:p>
    <w:p>
      <w:r>
        <w:rPr>
          <w:b w:val="0"/>
          <w:sz w:val="20"/>
        </w:rPr>
        <w:t>risponde alle disposizioni di legge vigenti e alle norme tecniche applicabili, in particolare alla regola d'arte, secondo quanto previsto dal D.M. 37/2008.</w:t>
      </w:r>
    </w:p>
    <w:p/>
    <w:p>
      <w:r>
        <w:rPr>
          <w:b/>
          <w:sz w:val="20"/>
        </w:rPr>
        <w:t>TIPOLOGIA DELL’IMPIANTO: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CARATTERISTICHE PRINCIPALI DELL’IMPIANTO: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NORME TECNICHE E LEGISLAZIONE DI RIFERIMENTO APPLICATE: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/>
          <w:sz w:val="20"/>
        </w:rPr>
        <w:t>RISULTATI DELLE PROVE E VERIFICHE EFFETTUATE:</w:t>
      </w:r>
    </w:p>
    <w:p>
      <w:r>
        <w:rPr>
          <w:b w:val="0"/>
          <w:sz w:val="20"/>
        </w:rPr>
        <w:t>_________________________________________________________________________</w:t>
      </w:r>
    </w:p>
    <w:p/>
    <w:p>
      <w:r>
        <w:rPr>
          <w:b w:val="0"/>
          <w:sz w:val="20"/>
        </w:rPr>
        <w:t>Il sottoscritto dichiara altresì di aver effettuato le verifiche e le prove previste dalle normative vigenti,</w:t>
      </w:r>
    </w:p>
    <w:p>
      <w:r>
        <w:rPr>
          <w:b w:val="0"/>
          <w:sz w:val="20"/>
        </w:rPr>
        <w:t>e che l'impianto è stato realizzato nel rispetto delle norme di sicurezza, funzionalità e tutela ambientale.</w:t>
      </w:r>
    </w:p>
    <w:p/>
    <w:p>
      <w:r>
        <w:rPr>
          <w:b/>
          <w:sz w:val="20"/>
        </w:rPr>
        <w:t>DOCUMENTAZIONE ALLEGATA ALLA PRESENTE DICHIARAZIONE:</w:t>
      </w:r>
    </w:p>
    <w:p>
      <w:r>
        <w:rPr>
          <w:b w:val="0"/>
          <w:sz w:val="20"/>
        </w:rPr>
        <w:t>- Relazione tecnica descrittiva</w:t>
      </w:r>
    </w:p>
    <w:p>
      <w:r>
        <w:rPr>
          <w:b w:val="0"/>
          <w:sz w:val="20"/>
        </w:rPr>
        <w:t>- Schemi e planimetrie dell'impianto</w:t>
      </w:r>
    </w:p>
    <w:p>
      <w:r>
        <w:rPr>
          <w:b w:val="0"/>
          <w:sz w:val="20"/>
        </w:rPr>
        <w:t>- Certificati dei materiali e componenti installati</w:t>
      </w:r>
    </w:p>
    <w:p>
      <w:r>
        <w:rPr>
          <w:b w:val="0"/>
          <w:sz w:val="20"/>
        </w:rPr>
        <w:t>- Verbali delle prove e collaudi effettuati</w:t>
      </w:r>
    </w:p>
    <w:p/>
    <w:p>
      <w:r>
        <w:rPr>
          <w:b w:val="0"/>
          <w:sz w:val="20"/>
        </w:rPr>
        <w:t>Il presente documento è redatto ai sensi dell'art. 7 del D.M. 37/2008 e successive modificazioni e integrazioni,</w:t>
      </w:r>
    </w:p>
    <w:p>
      <w:r>
        <w:rPr>
          <w:b w:val="0"/>
          <w:sz w:val="20"/>
        </w:rPr>
        <w:t>ed è parte integrante della documentazione tecnica dell'impianto.</w:t>
      </w:r>
    </w:p>
    <w:p/>
    <w:p/>
    <w:p>
      <w:r>
        <w:rPr>
          <w:b w:val="0"/>
          <w:sz w:val="20"/>
        </w:rPr>
        <w:t>Luogo : _________________________________________________________________</w:t>
      </w:r>
    </w:p>
    <w:p>
      <w:r>
        <w:rPr>
          <w:b w:val="0"/>
          <w:sz w:val="20"/>
        </w:rPr>
        <w:t>Firma del dichiarante : 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TECNICO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https://esperto-dichiarazioni.com/modulo-dichiarazione-di-conformita-dell-impianto-alla-regola-d-arte/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modulo-dichiarazione-di-conformita-dell-impianto-alla-regola-d-art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