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sz w:val="20"/>
        </w:rPr>
        <w:t>MODULO DI DICHIARAZIONE DI ACCOMPAGNAMENTO ONLINE</w:t>
      </w:r>
    </w:p>
    <w:p/>
    <w:p/>
    <w:p>
      <w:r>
        <w:rPr>
          <w:b w:val="0"/>
          <w:sz w:val="20"/>
        </w:rPr>
        <w:t>Il sottoscritto/a, consapevole delle sanzioni penali previste in caso di dichiarazioni mendaci ai sensi degli artt. 46 e 47 del D.P.R. 28 dicembre 2000, n. 445,</w:t>
      </w:r>
    </w:p>
    <w:p>
      <w:r>
        <w:rPr>
          <w:b/>
          <w:sz w:val="20"/>
        </w:rPr>
        <w:t>dichiara sotto la propria responsabilità quanto segue:</w:t>
      </w:r>
    </w:p>
    <w:p/>
    <w:p>
      <w:r>
        <w:rPr>
          <w:b/>
          <w:sz w:val="20"/>
        </w:rPr>
        <w:t>DATI DEL DICHIARANTE</w:t>
      </w:r>
    </w:p>
    <w:p>
      <w:r>
        <w:rPr>
          <w:b w:val="0"/>
          <w:sz w:val="20"/>
        </w:rPr>
        <w:t>Nome e Cognome: _______________________________________________</w:t>
      </w:r>
    </w:p>
    <w:p>
      <w:r>
        <w:rPr>
          <w:b w:val="0"/>
          <w:sz w:val="20"/>
        </w:rPr>
        <w:t>Codice Fiscale: ________________________________________________</w:t>
      </w:r>
    </w:p>
    <w:p>
      <w:r>
        <w:rPr>
          <w:b w:val="0"/>
          <w:sz w:val="20"/>
        </w:rPr>
        <w:t>Data di nascita: _______________________________________________</w:t>
      </w:r>
    </w:p>
    <w:p>
      <w:r>
        <w:rPr>
          <w:b w:val="0"/>
          <w:sz w:val="20"/>
        </w:rPr>
        <w:t>Luogo di nascita: ______________________________________________</w:t>
      </w:r>
    </w:p>
    <w:p>
      <w:r>
        <w:rPr>
          <w:b w:val="0"/>
          <w:sz w:val="20"/>
        </w:rPr>
        <w:t>Residenza (indirizzo completo): _______________________________</w:t>
      </w:r>
    </w:p>
    <w:p>
      <w:r>
        <w:rPr>
          <w:b w:val="0"/>
          <w:sz w:val="20"/>
        </w:rPr>
        <w:t>Numero di telefono: ___________________________________________</w:t>
      </w:r>
    </w:p>
    <w:p>
      <w:r>
        <w:rPr>
          <w:b w:val="0"/>
          <w:sz w:val="20"/>
        </w:rPr>
        <w:t>Indirizzo email: ______________________________________________</w:t>
      </w:r>
    </w:p>
    <w:p/>
    <w:p>
      <w:r>
        <w:rPr>
          <w:b/>
          <w:sz w:val="20"/>
        </w:rPr>
        <w:t>DATI DELLA PERSONA ACCOMPAGNATA</w:t>
      </w:r>
    </w:p>
    <w:p>
      <w:r>
        <w:rPr>
          <w:b w:val="0"/>
          <w:sz w:val="20"/>
        </w:rPr>
        <w:t>Nome e Cognome: _______________________________________________</w:t>
      </w:r>
    </w:p>
    <w:p>
      <w:r>
        <w:rPr>
          <w:b w:val="0"/>
          <w:sz w:val="20"/>
        </w:rPr>
        <w:t>Codice Fiscale: ________________________________________________</w:t>
      </w:r>
    </w:p>
    <w:p>
      <w:r>
        <w:rPr>
          <w:b w:val="0"/>
          <w:sz w:val="20"/>
        </w:rPr>
        <w:t>Data di nascita: _______________________________________________</w:t>
      </w:r>
    </w:p>
    <w:p>
      <w:r>
        <w:rPr>
          <w:b w:val="0"/>
          <w:sz w:val="20"/>
        </w:rPr>
        <w:t>Luogo di nascita: ______________________________________________</w:t>
      </w:r>
    </w:p>
    <w:p>
      <w:r>
        <w:rPr>
          <w:b w:val="0"/>
          <w:sz w:val="20"/>
        </w:rPr>
        <w:t>Residenza (indirizzo completo): _______________________________</w:t>
      </w:r>
    </w:p>
    <w:p/>
    <w:p>
      <w:r>
        <w:rPr>
          <w:b/>
          <w:sz w:val="20"/>
        </w:rPr>
        <w:t>FINALITÀ DELLA DICHIARAZIONE</w:t>
      </w:r>
    </w:p>
    <w:p>
      <w:r>
        <w:rPr>
          <w:b w:val="0"/>
          <w:sz w:val="20"/>
        </w:rPr>
        <w:t>Il presente modulo è redatto ai fini dell'accompagnamento online per l'accesso a servizi e procedure amministrative digitali,</w:t>
      </w:r>
    </w:p>
    <w:p>
      <w:r>
        <w:rPr>
          <w:b w:val="0"/>
          <w:sz w:val="20"/>
        </w:rPr>
        <w:t>con la finalità di consentire alla persona sopra indicata di essere assistita o rappresentata durante tali procedure.</w:t>
      </w:r>
    </w:p>
    <w:p/>
    <w:p>
      <w:r>
        <w:rPr>
          <w:b/>
          <w:sz w:val="20"/>
        </w:rPr>
        <w:t>AUTORIZZAZIONI E IMPEGNI</w:t>
      </w:r>
    </w:p>
    <w:p>
      <w:r>
        <w:rPr>
          <w:b w:val="0"/>
          <w:sz w:val="20"/>
        </w:rPr>
        <w:t>Il dichiarante autorizza il trattamento dei dati personali ai sensi del Regolamento UE 2016/679 (GDPR) esclusivamente per le finalità connesse all'accompagnamento online.</w:t>
      </w:r>
    </w:p>
    <w:p>
      <w:r>
        <w:rPr>
          <w:b w:val="0"/>
          <w:sz w:val="20"/>
        </w:rPr>
        <w:t>Si impegna inoltre a rispettare le disposizioni di legge vigenti in materia di protezione dei dati personali e a non utilizzare il presente modulo per scopi diversi da quelli dichiarati.</w:t>
      </w:r>
    </w:p>
    <w:p/>
    <w:p>
      <w:r>
        <w:rPr>
          <w:b/>
          <w:sz w:val="20"/>
        </w:rPr>
        <w:t>DICHIARAZIONE DI VERIDICITÀ</w:t>
      </w:r>
    </w:p>
    <w:p>
      <w:r>
        <w:rPr>
          <w:b w:val="0"/>
          <w:sz w:val="20"/>
        </w:rPr>
        <w:t>Il dichiarante certifica che le informazioni fornite sono veritiere e complete. È consapevole che ogni falsa dichiarazione comporta le sanzioni previste dalla legge.</w:t>
      </w:r>
    </w:p>
    <w:p/>
    <w:p/>
    <w:p>
      <w:r>
        <w:rPr>
          <w:b w:val="0"/>
          <w:sz w:val="20"/>
        </w:rPr>
        <w:t>Luogo: ____________________________________________</w:t>
      </w:r>
    </w:p>
    <w:p>
      <w:r>
        <w:rPr>
          <w:b w:val="0"/>
          <w:sz w:val="20"/>
        </w:rPr>
        <w:t>Firma del dichiarante: ____________________________</w:t>
      </w:r>
    </w:p>
    <w:p/>
    <w:p/>
    <w:p/>
    <w:tbl>
      <w:tblPr>
        <w:tblW w:type="auto" w:w="0"/>
        <w:tblLayout w:type="autofit"/>
        <w:tblLook w:firstColumn="1" w:firstRow="1" w:lastColumn="0" w:lastRow="0" w:noHBand="0" w:noVBand="1" w:val="04A0"/>
      </w:tblPr>
      <w:tblGrid>
        <w:gridCol w:w="4986"/>
        <w:gridCol w:w="4986"/>
      </w:tblGrid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Firma del Dichiarante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Firma della Persona Accompagnata</w:t>
            </w:r>
          </w:p>
        </w:tc>
      </w:tr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br/>
              <w:br/>
              <w:t>_______________________________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br/>
              <w:br/>
              <w:t>_______________________________</w:t>
            </w:r>
          </w:p>
        </w:tc>
      </w:tr>
    </w:tbl>
    <w:p/>
    <w:p/>
    <w:p>
      <w:r>
        <w:rPr>
          <w:b/>
          <w:sz w:val="20"/>
        </w:rPr>
        <w:t>INFORMATIVA SULLA PRIVACY AI SENSI DELL'ART. 13 DEL REGOLAMENTO UE 2016/679</w:t>
      </w:r>
    </w:p>
    <w:p>
      <w:r>
        <w:rPr>
          <w:b w:val="0"/>
          <w:sz w:val="20"/>
        </w:rPr>
        <w:t>I dati personali raccolti con il presente modulo saranno trattati esclusivamente per le finalità di accompagnamento online e gestione delle relative procedure amministrative, nel rispetto della normativa vigente in materia di protezione dei dati personali. Il dichiarante può esercitare i diritti previsti dall'art. 15 e ss. del Regolamento UE 2016/679 rivolgendosi al titolare del trattamento.</w:t>
      </w:r>
    </w:p>
    <w:p/>
    <w:p>
      <w:r>
        <w:rPr>
          <w:b/>
          <w:sz w:val="20"/>
        </w:rPr>
        <w:t>NOTE O ULTERIORI INFORMAZIONI:</w:t>
      </w:r>
    </w:p>
    <w:p>
      <w:r>
        <w:t>_____________________________________________________________________________________</w:t>
      </w:r>
    </w:p>
    <w:p>
      <w:r>
        <w:t>_____________________________________________________________________________________</w:t>
      </w:r>
    </w:p>
    <w:p>
      <w:r>
        <w:t>_____________________________________________________________________________________</w:t>
      </w:r>
    </w:p>
    <w:p>
      <w:r>
        <w:t>_____________________________________________________________________________________</w:t>
      </w:r>
    </w:p>
    <w:p>
      <w:r>
        <w:br w:type="page"/>
      </w:r>
    </w:p>
    <w:p>
      <w:pPr>
        <w:jc w:val="center"/>
      </w:pPr>
      <w:r>
        <w:rPr>
          <w:color w:val="555555"/>
          <w:sz w:val="24"/>
        </w:rPr>
        <w:t>Fonte originale di questo documento:</w:t>
      </w:r>
    </w:p>
    <w:p>
      <w:pPr>
        <w:jc w:val="center"/>
      </w:pPr>
      <w:hyperlink r:id="rId9">
        <w:r>
          <w:rPr>
            <w:color w:val="0000FF"/>
            <w:u w:val="single"/>
          </w:rPr>
          <w:t>https://esperto-dichiarazioni.com/modulo-dichiarazione-di-accompagnamento-online/</w:t>
        </w:r>
      </w:hyperlink>
    </w:p>
    <w:p>
      <w:pPr>
        <w:jc w:val="center"/>
      </w:pPr>
      <w:r>
        <w:rPr>
          <w:color w:val="555555"/>
          <w:sz w:val="26"/>
        </w:rPr>
        <w:t>Questo modello ti è stato utile?</w:t>
      </w:r>
    </w:p>
    <w:p>
      <w:pPr>
        <w:jc w:val="center"/>
      </w:pPr>
      <w:r>
        <w:rPr>
          <w:color w:val="555555"/>
          <w:sz w:val="26"/>
        </w:rPr>
        <w:t>Trova altri modelli aggiornati su:</w:t>
      </w:r>
    </w:p>
    <w:p>
      <w:pPr>
        <w:jc w:val="center"/>
      </w:pPr>
      <w:hyperlink r:id="rId10">
        <w:r>
          <w:rPr>
            <w:color w:val="0000FF"/>
            <w:u w:val="single"/>
          </w:rPr>
          <w:t>https://esperto-dichiarazioni.com</w:t>
        </w:r>
      </w:hyperlink>
    </w:p>
    <w:p>
      <w:pPr>
        <w:jc w:val="center"/>
      </w:pPr>
      <w:r>
        <w:rPr>
          <w:color w:val="808080"/>
          <w:sz w:val="20"/>
        </w:rPr>
        <w:t>Questo modello è destinato esclusivamente a un uso personale e non commerciale.</w:t>
        <w:br/>
        <w:t>Qualsiasi diffusione o pubblicazione deve citare obbligatoriamente la fonte. © esperto-dichiarazioni.com</w:t>
      </w:r>
    </w:p>
    <w:sectPr w:rsidR="00FC693F" w:rsidRPr="0006063C" w:rsidSect="00034616">
      <w:pgSz w:w="12240" w:h="15840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yperlink" Target="https://esperto-dichiarazioni.com/modulo-dichiarazione-di-accompagnamento-online/" TargetMode="External"/><Relationship Id="rId10" Type="http://schemas.openxmlformats.org/officeDocument/2006/relationships/hyperlink" Target="https://esperto-dichiarazioni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