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DICHIARAZIONE PER BONUS INDIRETTI GAS</w:t>
      </w:r>
    </w:p>
    <w:p/>
    <w:p/>
    <w:p>
      <w:r>
        <w:rPr>
          <w:b w:val="0"/>
          <w:sz w:val="20"/>
        </w:rPr>
        <w:t>Il sottoscritto/a, consapevole delle sanzioni penali previste in caso di dichiarazioni mendaci, ai sensi dell'art. 76 del D.P.R. 28 dicembre 2000, n. 445,</w:t>
      </w:r>
    </w:p>
    <w:p>
      <w:r>
        <w:rPr>
          <w:b/>
          <w:sz w:val="20"/>
        </w:rPr>
        <w:t>dichiara quanto segue:</w:t>
      </w:r>
    </w:p>
    <w:p/>
    <w:p>
      <w:r>
        <w:rPr>
          <w:b/>
          <w:sz w:val="20"/>
        </w:rPr>
        <w:t>Dati anagrafici del dichiarante:</w:t>
      </w:r>
    </w:p>
    <w:p>
      <w:r>
        <w:rPr>
          <w:b w:val="0"/>
          <w:sz w:val="20"/>
        </w:rPr>
        <w:t>Nome e Cognome : 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</w:t>
      </w:r>
    </w:p>
    <w:p>
      <w:r>
        <w:rPr>
          <w:b w:val="0"/>
          <w:sz w:val="20"/>
        </w:rPr>
        <w:t>Indirizzo Residenza : _____________________________________________________</w:t>
      </w:r>
    </w:p>
    <w:p>
      <w:r>
        <w:rPr>
          <w:b w:val="0"/>
          <w:sz w:val="20"/>
        </w:rPr>
        <w:t>Comune : ___________________________    CAP : _____________________________</w:t>
      </w:r>
    </w:p>
    <w:p>
      <w:r>
        <w:rPr>
          <w:b w:val="0"/>
          <w:sz w:val="20"/>
        </w:rPr>
        <w:t>Numero Contratto Gas : ____________________________________________________</w:t>
      </w:r>
    </w:p>
    <w:p/>
    <w:p>
      <w:r>
        <w:rPr>
          <w:b/>
          <w:sz w:val="20"/>
        </w:rPr>
        <w:t>Dichiarazione:</w:t>
      </w:r>
    </w:p>
    <w:p>
      <w:r>
        <w:rPr>
          <w:b w:val="0"/>
          <w:sz w:val="20"/>
        </w:rPr>
        <w:t>1. Il richiedente attesta di essere titolare del contratto di fornitura gas sopra indicato e di aver sostenuto spese indirette relative alla fornitura medesima.</w:t>
      </w:r>
    </w:p>
    <w:p>
      <w:r>
        <w:rPr>
          <w:b w:val="0"/>
          <w:sz w:val="20"/>
        </w:rPr>
        <w:t>2. Le spese indirette comprendono, a titolo esemplificativo ma non esaustivo, costi di trasporto, oneri di sistema, accise e IVA, come previsto dalla normativa vigente.</w:t>
      </w:r>
    </w:p>
    <w:p>
      <w:r>
        <w:rPr>
          <w:b w:val="0"/>
          <w:sz w:val="20"/>
        </w:rPr>
        <w:t>3. Il richiedente si impegna a fornire, su richiesta degli enti competenti, tutta la documentazione comprovante la veridicità delle informazioni dichiarate.</w:t>
      </w:r>
    </w:p>
    <w:p>
      <w:r>
        <w:rPr>
          <w:b w:val="0"/>
          <w:sz w:val="20"/>
        </w:rPr>
        <w:t>4. Il richiedente è a conoscenza che l'erogazione del bonus è subordinata al rispetto delle condizioni previste dalla normativa nazionale e regionale applicabile.</w:t>
      </w:r>
    </w:p>
    <w:p>
      <w:r>
        <w:rPr>
          <w:b w:val="0"/>
          <w:sz w:val="20"/>
        </w:rPr>
        <w:t>5. Il bonus indiretto gas è riconosciuto esclusivamente per la fornitura relativa all'utenza indicata nel presente modulo.</w:t>
      </w:r>
    </w:p>
    <w:p/>
    <w:p>
      <w:r>
        <w:rPr>
          <w:b/>
          <w:sz w:val="20"/>
        </w:rPr>
        <w:t>Informativa ai sensi dell’art. 13 del Regolamento UE 2016/679 (GDPR):</w:t>
      </w:r>
    </w:p>
    <w:p>
      <w:r>
        <w:rPr>
          <w:b w:val="0"/>
          <w:sz w:val="20"/>
        </w:rPr>
        <w:t>I dati personali raccolti saranno trattati esclusivamente per le finalità connesse alla gestione della presente domanda di bonus, nel rispetto della normativa vigente in materia di protezione dei dati personali.</w:t>
      </w:r>
    </w:p>
    <w:p>
      <w:r>
        <w:rPr>
          <w:b w:val="0"/>
          <w:sz w:val="20"/>
        </w:rPr>
        <w:t>Il conferimento dei dati è obbligatorio per la valutazione della richiesta e l’eventuale erogazione del beneficio.</w:t>
      </w:r>
    </w:p>
    <w:p>
      <w:r>
        <w:rPr>
          <w:b w:val="0"/>
          <w:sz w:val="20"/>
        </w:rPr>
        <w:t>Per esercitare i diritti previsti dagli artt. 15-22 del GDPR è possibile contattare il titolare del trattamento all’indirizzo indicato dall’ente erogatore.</w:t>
      </w:r>
    </w:p>
    <w:p/>
    <w:p>
      <w:r>
        <w:rPr>
          <w:b/>
          <w:sz w:val="20"/>
        </w:rPr>
        <w:t>Clausole finali:</w:t>
      </w:r>
    </w:p>
    <w:p>
      <w:r>
        <w:rPr>
          <w:b w:val="0"/>
          <w:sz w:val="20"/>
        </w:rPr>
        <w:t>Il sottoscritto dichiara inoltre di essere informato che, in caso di dichiarazioni false, incomplete o mendaci, saranno applicate le sanzioni previste dalle norme vigenti,</w:t>
      </w:r>
    </w:p>
    <w:p>
      <w:r>
        <w:rPr>
          <w:b w:val="0"/>
          <w:sz w:val="20"/>
        </w:rPr>
        <w:t>inclusa la restituzione del bonus eventualmente indebitamente percepito e l’avvio delle procedure di responsabilità penale e amministrativa.</w:t>
      </w:r>
    </w:p>
    <w:p/>
    <w:p/>
    <w:p>
      <w:r>
        <w:rPr>
          <w:b w:val="0"/>
          <w:sz w:val="20"/>
        </w:rPr>
        <w:t>Luogo : ____________________________________________________________</w:t>
      </w:r>
    </w:p>
    <w:p>
      <w:r>
        <w:rPr>
          <w:b/>
          <w:sz w:val="20"/>
        </w:rPr>
        <w:t>Firma del dichiarante :</w:t>
      </w:r>
    </w:p>
    <w:p>
      <w:r>
        <w:rPr>
          <w:b w:val="0"/>
          <w:sz w:val="20"/>
        </w:rPr>
        <w:br/>
        <w:br/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Ufficio Ricevente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https://esperto-dichiarazioni.com/modulo-di-dichiarazione-per-bonus-indiretti-gas/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modulo-di-dichiarazione-per-bonus-indiretti-gas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