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FAC-SIMILE DICHIARAZIONE DI USUCAPIONE ULTRAVENTENNALE</w:t>
      </w:r>
    </w:p>
    <w:p/>
    <w:p/>
    <w:p>
      <w:r>
        <w:rPr>
          <w:b w:val="0"/>
          <w:sz w:val="20"/>
        </w:rPr>
        <w:t>Il sottoscritto ____________________________________, nato a ____________________, residente in ____________________, codice fiscale ____________________, consapevole delle sanzioni penali previste in caso di dichiarazioni mendaci ai sensi dell’art. 76 del D.P.R. 28 dicembre 2000, n. 445,</w:t>
      </w:r>
    </w:p>
    <w:p>
      <w:r>
        <w:rPr>
          <w:b/>
          <w:sz w:val="20"/>
        </w:rPr>
        <w:t>DICHIARA</w:t>
      </w:r>
    </w:p>
    <w:p/>
    <w:p>
      <w:r>
        <w:rPr>
          <w:b w:val="0"/>
          <w:sz w:val="20"/>
        </w:rPr>
        <w:t>1. di essere proprietario di fatto dell’immobile sito in ____________________, via/piazza ____________________, identificato al Catasto Fabbricati del Comune di ____________________, al foglio ____, particella ____, subalterno ____;</w:t>
      </w:r>
    </w:p>
    <w:p>
      <w:r>
        <w:rPr>
          <w:b w:val="0"/>
          <w:sz w:val="20"/>
        </w:rPr>
        <w:t>2. di aver posseduto in modo continuo, pacifico, pubblico e non occasionale, con animus domini, l’immobile sopra descritto per un periodo superiore a venti anni;</w:t>
      </w:r>
    </w:p>
    <w:p>
      <w:r>
        <w:rPr>
          <w:b w:val="0"/>
          <w:sz w:val="20"/>
        </w:rPr>
        <w:t>3. che il possesso è stato esercitato senza interruzioni e senza opposizioni da parte di terzi, né di atti interruttivi della prescrizione;</w:t>
      </w:r>
    </w:p>
    <w:p>
      <w:r>
        <w:rPr>
          <w:b w:val="0"/>
          <w:sz w:val="20"/>
        </w:rPr>
        <w:t>4. che l’immobile non è gravato da vincoli o diritti di terzi che possano ostacolare la dichiarata usucapione;</w:t>
      </w:r>
    </w:p>
    <w:p>
      <w:r>
        <w:rPr>
          <w:b w:val="0"/>
          <w:sz w:val="20"/>
        </w:rPr>
        <w:t>5. che la presente dichiarazione è resa ai fini dell’acquisizione della proprietà dell’immobile ai sensi degli articoli 1158 e seguenti del Codice Civile;</w:t>
      </w:r>
    </w:p>
    <w:p/>
    <w:p>
      <w:r>
        <w:rPr>
          <w:b w:val="0"/>
          <w:sz w:val="20"/>
        </w:rPr>
        <w:t>Il sottoscritto si impegna a fornire, su richiesta, ogni ulteriore documentazione o prova che possa attestare la veridicità della presente dichiarazione.</w:t>
      </w:r>
    </w:p>
    <w:p/>
    <w:p/>
    <w:p>
      <w:r>
        <w:rPr>
          <w:b w:val="0"/>
          <w:sz w:val="20"/>
        </w:rPr>
        <w:t>Dichiara inoltre di essere a conoscenza che la presente dichiarazione potrà essere utilizzata per l’aggiornamento catastale e per ogni atto necessario al riconoscimento della proprietà per usucapione.</w:t>
      </w:r>
    </w:p>
    <w:p/>
    <w:p/>
    <w:p>
      <w:r>
        <w:rPr>
          <w:b w:val="0"/>
          <w:sz w:val="20"/>
        </w:rPr>
        <w:t>Luogo : ________________________________________________________________</w:t>
      </w:r>
    </w:p>
    <w:p>
      <w:r>
        <w:rPr>
          <w:b w:val="0"/>
          <w:sz w:val="20"/>
        </w:rPr>
        <w:t>Firma : ________________________________________________________________</w:t>
      </w:r>
    </w:p>
    <w:p/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DICHIARANTE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TESTIMONE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t>Firma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t>Firma : _________________________</w:t>
            </w:r>
          </w:p>
        </w:tc>
      </w:tr>
    </w:tbl>
    <w:p/>
    <w:p/>
    <w:p>
      <w:pPr>
        <w:jc w:val="center"/>
      </w:pPr>
      <w:r>
        <w:rPr>
          <w:b w:val="0"/>
          <w:sz w:val="20"/>
        </w:rPr>
        <w:t>La presente dichiarazione è redatta ai sensi degli articoli 1158 e seguenti del Codice Civile e del D.P.R. 28 dicembre 2000, n. 445.</w:t>
      </w:r>
    </w:p>
    <w:p/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originale di questo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https://esperto-dichiarazioni.com/fac-simile-dichiarazione-usucapione-ultraventennale/</w:t>
        </w:r>
      </w:hyperlink>
    </w:p>
    <w:p>
      <w:pPr>
        <w:jc w:val="center"/>
      </w:pPr>
      <w:r>
        <w:rPr>
          <w:color w:val="555555"/>
          <w:sz w:val="26"/>
        </w:rPr>
        <w:t>Questo modello ti è stato utile?</w:t>
      </w:r>
    </w:p>
    <w:p>
      <w:pPr>
        <w:jc w:val="center"/>
      </w:pPr>
      <w:r>
        <w:rPr>
          <w:color w:val="555555"/>
          <w:sz w:val="26"/>
        </w:rPr>
        <w:t>Trova altri modelli aggiornati su: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https://esperto-dichiarazioni.com</w:t>
        </w:r>
      </w:hyperlink>
    </w:p>
    <w:p>
      <w:pPr>
        <w:jc w:val="center"/>
      </w:pPr>
      <w:r>
        <w:rPr>
          <w:color w:val="808080"/>
          <w:sz w:val="20"/>
        </w:rPr>
        <w:t>Questo modello è destinato esclusivamente a un uso personale e non commerciale.</w:t>
        <w:br/>
        <w:t>Qualsiasi diffusione o pubblicazione deve citare obbligatoriamente la fonte. © esperto-dichiarazioni.com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esperto-dichiarazioni.com/fac-simile-dichiarazione-usucapione-ultraventennale/" TargetMode="External"/><Relationship Id="rId10" Type="http://schemas.openxmlformats.org/officeDocument/2006/relationships/hyperlink" Target="https://esperto-dichiarazioni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