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DICHIARAZIONE SPONTANEA INCIDENTE STRADALE</w:t>
      </w:r>
    </w:p>
    <w:p/>
    <w:p/>
    <w:p>
      <w:r>
        <w:rPr>
          <w:b w:val="0"/>
          <w:sz w:val="20"/>
        </w:rPr>
        <w:t>Il sottoscritto/a, consapevole delle responsabilità penali in caso di dichiarazioni mendaci ai sensi degli artt. 46 e 47 del D.P.R. 28 dicembre 2000, n. 445,</w:t>
      </w:r>
    </w:p>
    <w:p>
      <w:r>
        <w:rPr>
          <w:b w:val="0"/>
          <w:sz w:val="20"/>
        </w:rPr>
        <w:t>dichiara quanto segue in relazione all'incidente stradale occorso:</w:t>
      </w:r>
    </w:p>
    <w:p/>
    <w:p>
      <w:r>
        <w:rPr>
          <w:b/>
          <w:sz w:val="20"/>
        </w:rPr>
        <w:t>Dati del dichiarante:</w:t>
      </w:r>
    </w:p>
    <w:p>
      <w:r>
        <w:rPr>
          <w:b w:val="0"/>
          <w:sz w:val="20"/>
        </w:rPr>
        <w:t>Nome e Cognome : ________________________________________________</w:t>
      </w:r>
    </w:p>
    <w:p>
      <w:r>
        <w:rPr>
          <w:b w:val="0"/>
          <w:sz w:val="20"/>
        </w:rPr>
        <w:t>Data di nascita : _________________________________________________</w:t>
      </w:r>
    </w:p>
    <w:p>
      <w:r>
        <w:rPr>
          <w:b w:val="0"/>
          <w:sz w:val="20"/>
        </w:rPr>
        <w:t>Luogo di nascita : ________________________________________________</w:t>
      </w:r>
    </w:p>
    <w:p>
      <w:r>
        <w:rPr>
          <w:b w:val="0"/>
          <w:sz w:val="20"/>
        </w:rPr>
        <w:t>Residenza : _____________________________________________________</w:t>
      </w:r>
    </w:p>
    <w:p>
      <w:r>
        <w:rPr>
          <w:b w:val="0"/>
          <w:sz w:val="20"/>
        </w:rPr>
        <w:t>Codice Fiscale : ________________________________________________</w:t>
      </w:r>
    </w:p>
    <w:p>
      <w:r>
        <w:rPr>
          <w:b w:val="0"/>
          <w:sz w:val="20"/>
        </w:rPr>
        <w:t>Numero di patente : ______________________________________________</w:t>
      </w:r>
    </w:p>
    <w:p/>
    <w:p>
      <w:r>
        <w:rPr>
          <w:b/>
          <w:sz w:val="20"/>
        </w:rPr>
        <w:t>Dati del veicolo guidato:</w:t>
      </w:r>
    </w:p>
    <w:p>
      <w:r>
        <w:rPr>
          <w:b w:val="0"/>
          <w:sz w:val="20"/>
        </w:rPr>
        <w:t>Marca : _________________________________________________________</w:t>
      </w:r>
    </w:p>
    <w:p>
      <w:r>
        <w:rPr>
          <w:b w:val="0"/>
          <w:sz w:val="20"/>
        </w:rPr>
        <w:t>Modello : _______________________________________________________</w:t>
      </w:r>
    </w:p>
    <w:p>
      <w:r>
        <w:rPr>
          <w:b w:val="0"/>
          <w:sz w:val="20"/>
        </w:rPr>
        <w:t>Targa : _________________________________________________________</w:t>
      </w:r>
    </w:p>
    <w:p>
      <w:r>
        <w:rPr>
          <w:b w:val="0"/>
          <w:sz w:val="20"/>
        </w:rPr>
        <w:t>Proprietario : _________________________________________________</w:t>
      </w:r>
    </w:p>
    <w:p/>
    <w:p>
      <w:r>
        <w:rPr>
          <w:b/>
          <w:sz w:val="20"/>
        </w:rPr>
        <w:t>Descrizione dell'incidente:</w:t>
      </w:r>
    </w:p>
    <w:p>
      <w:r>
        <w:rPr>
          <w:b w:val="0"/>
          <w:sz w:val="20"/>
        </w:rPr>
        <w:t>Luogo dell'incidente : ___________________________________________</w:t>
      </w:r>
    </w:p>
    <w:p>
      <w:r>
        <w:rPr>
          <w:b w:val="0"/>
          <w:sz w:val="20"/>
        </w:rPr>
        <w:t>Ora approssimativa : ____________________________________________</w:t>
      </w:r>
    </w:p>
    <w:p>
      <w:r>
        <w:rPr>
          <w:b w:val="0"/>
          <w:sz w:val="20"/>
        </w:rPr>
        <w:t>Descrizione dettagliata dei fatti accaduti (indicare dinamica, eventuali manovre, condizioni della strada, segnaletica, ecc.):</w:t>
      </w:r>
    </w:p>
    <w:p>
      <w:r>
        <w:t>______________________________________________________________________________________________</w:t>
        <w:br/>
        <w:t>______________________________________________________________________________________________</w:t>
        <w:br/>
        <w:t>______________________________________________________________________________________________</w:t>
        <w:br/>
        <w:t>______________________________________________________________________________________________</w:t>
        <w:br/>
        <w:t>______________________________________________________________________________________________</w:t>
        <w:br/>
        <w:t>______________________________________________________________________________________________</w:t>
        <w:br/>
      </w:r>
    </w:p>
    <w:p/>
    <w:p>
      <w:r>
        <w:rPr>
          <w:b/>
          <w:sz w:val="20"/>
        </w:rPr>
        <w:t>Danni materiali e feriti:</w:t>
      </w:r>
    </w:p>
    <w:p>
      <w:r>
        <w:rPr>
          <w:b w:val="0"/>
          <w:sz w:val="20"/>
        </w:rPr>
        <w:t>Veicoli coinvolti : _______________________________________________</w:t>
      </w:r>
    </w:p>
    <w:p>
      <w:r>
        <w:rPr>
          <w:b w:val="0"/>
          <w:sz w:val="20"/>
        </w:rPr>
        <w:t>Danni visibili ai veicoli : _______________________________________</w:t>
      </w:r>
    </w:p>
    <w:p>
      <w:r>
        <w:rPr>
          <w:b w:val="0"/>
          <w:sz w:val="20"/>
        </w:rPr>
        <w:t>Presenza di feriti : ______________________________________________</w:t>
      </w:r>
    </w:p>
    <w:p>
      <w:r>
        <w:rPr>
          <w:b w:val="0"/>
          <w:sz w:val="20"/>
        </w:rPr>
        <w:t>Eventuali soccorsi prestati : _____________________________________</w:t>
      </w:r>
    </w:p>
    <w:p/>
    <w:p>
      <w:r>
        <w:rPr>
          <w:b/>
          <w:sz w:val="20"/>
        </w:rPr>
        <w:t>Testimoni:</w:t>
      </w:r>
    </w:p>
    <w:p>
      <w:r>
        <w:rPr>
          <w:b w:val="0"/>
          <w:sz w:val="20"/>
        </w:rPr>
        <w:t>Eventuali testimoni presenti (nome e recapito) :</w:t>
      </w:r>
    </w:p>
    <w:p>
      <w:r>
        <w:t>______________________________________________________________________________________________</w:t>
        <w:br/>
        <w:t>______________________________________________________________________________________________</w:t>
        <w:br/>
        <w:t>______________________________________________________________________________________________</w:t>
        <w:br/>
      </w:r>
    </w:p>
    <w:p/>
    <w:p>
      <w:r>
        <w:rPr>
          <w:b/>
          <w:sz w:val="20"/>
        </w:rPr>
        <w:t>Impegno e assunzione di responsabilità:</w:t>
      </w:r>
    </w:p>
    <w:p>
      <w:r>
        <w:rPr>
          <w:b w:val="0"/>
          <w:sz w:val="20"/>
        </w:rPr>
        <w:t>Il sottoscritto dichiara che le informazioni fornite corrispondono a verità e si assume ogni responsabilità in caso di dichiarazioni false o incomplete.</w:t>
      </w:r>
    </w:p>
    <w:p/>
    <w:p/>
    <w:p>
      <w:r>
        <w:rPr>
          <w:b w:val="0"/>
          <w:sz w:val="20"/>
        </w:rPr>
        <w:t>Luogo, ______________________________</w:t>
      </w:r>
    </w:p>
    <w:p>
      <w:r>
        <w:rPr>
          <w:b w:val="0"/>
          <w:sz w:val="20"/>
        </w:rPr>
        <w:t>Firma del dichiarante : 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Firma del 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  <w:sz w:val="20"/>
              </w:rPr>
              <w:t>Firma del testimone (se presente)</w:t>
            </w:r>
          </w:p>
        </w:tc>
      </w:tr>
    </w:tbl>
    <w:p/>
    <w:p/>
    <w:p/>
    <w:p/>
    <w:p>
      <w:r>
        <w:rPr>
          <w:b/>
          <w:sz w:val="20"/>
        </w:rPr>
        <w:t>Ai sensi e per gli effetti degli artt. 1341 e 1342 c.c., il sottoscritto dichiara di aver letto, compreso e accettato le condizioni contenute nella presente dichiarazione.</w:t>
      </w:r>
    </w:p>
    <w:p/>
    <w:p>
      <w:r>
        <w:rPr>
          <w:b/>
          <w:sz w:val="20"/>
        </w:rPr>
        <w:t>Il dichiarante:</w:t>
      </w:r>
    </w:p>
    <w:p>
      <w:r>
        <w:rPr>
          <w:b w:val="0"/>
          <w:sz w:val="20"/>
        </w:rPr>
        <w:t>______________________________________________________________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https://esperto-dichiarazioni.com/fac-simile-dichiarazione-spontanea-incidente-stradale/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fac-simile-dichiarazione-spontanea-incidente-stradale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