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PROFESSIONISTA INCARICATO</w:t>
      </w:r>
    </w:p>
    <w:p/>
    <w:p/>
    <w:p>
      <w:r>
        <w:rPr>
          <w:b/>
          <w:sz w:val="20"/>
        </w:rPr>
        <w:t>Il/La sottoscritto/a, consapevole delle responsabilità penali in caso di dichiarazioni mendaci ai sensi degli artt. 75 e 76 del D.P.R. 445/2000, dichiara quanto segue:</w:t>
      </w:r>
    </w:p>
    <w:p/>
    <w:p>
      <w:r>
        <w:rPr>
          <w:b/>
          <w:sz w:val="20"/>
        </w:rPr>
        <w:t>Dati del Professionista Incaricato:</w:t>
      </w:r>
    </w:p>
    <w:p>
      <w:r>
        <w:rPr>
          <w:b w:val="0"/>
          <w:sz w:val="20"/>
        </w:rPr>
        <w:t>Nome e Cognome : ________________________________________________________________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_________________________________________________________________</w:t>
      </w:r>
    </w:p>
    <w:p>
      <w:r>
        <w:rPr>
          <w:b w:val="0"/>
          <w:sz w:val="20"/>
        </w:rPr>
        <w:t>Luogo e data di nascita : _________________________________________________________</w:t>
      </w:r>
    </w:p>
    <w:p>
      <w:r>
        <w:rPr>
          <w:b w:val="0"/>
          <w:sz w:val="20"/>
        </w:rPr>
        <w:t>Residenza (indirizzo completo) : _________________________________________________</w:t>
      </w:r>
    </w:p>
    <w:p>
      <w:r>
        <w:rPr>
          <w:b w:val="0"/>
          <w:sz w:val="20"/>
        </w:rPr>
        <w:t>Numero di iscrizione all'Albo / Ordine professionale : ______________________________</w:t>
      </w:r>
    </w:p>
    <w:p>
      <w:r>
        <w:rPr>
          <w:b w:val="0"/>
          <w:sz w:val="20"/>
        </w:rPr>
        <w:t>Telefono : _______________________________________________________________________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_________________________________________________________________________</w:t>
      </w:r>
    </w:p>
    <w:p/>
    <w:p>
      <w:r>
        <w:rPr>
          <w:b/>
          <w:sz w:val="20"/>
        </w:rPr>
        <w:t>Oggetto dell'incarico professionale:</w:t>
      </w:r>
    </w:p>
    <w:p>
      <w:r>
        <w:rPr>
          <w:b w:val="0"/>
          <w:sz w:val="20"/>
        </w:rPr>
        <w:t>Descrizione dettagliata dell'incarico conferito e delle attività da svolgere: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/>
    <w:p>
      <w:r>
        <w:rPr>
          <w:b/>
          <w:sz w:val="20"/>
        </w:rPr>
        <w:t>Dichiarazioni del Professionista Incaricato:</w:t>
      </w:r>
    </w:p>
    <w:p>
      <w:r>
        <w:rPr>
          <w:b w:val="0"/>
          <w:sz w:val="20"/>
        </w:rPr>
        <w:t>1. Di essere in possesso dei requisiti professionali e abilitazioni richiesti per lo svolgimento dell'incarico.</w:t>
      </w:r>
    </w:p>
    <w:p>
      <w:r>
        <w:rPr>
          <w:b w:val="0"/>
          <w:sz w:val="20"/>
        </w:rPr>
        <w:t>2. Di impegnarsi a svolgere l'incarico con diligenza, secondo le normative vigenti e i principi deontologici dell'Ordine di appartenenza.</w:t>
      </w:r>
    </w:p>
    <w:p>
      <w:r>
        <w:rPr>
          <w:b w:val="0"/>
          <w:sz w:val="20"/>
        </w:rPr>
        <w:t>3. Di mantenere il massimo riserbo e la riservatezza su tutte le informazioni acquisite nell’ambito dell’incarico.</w:t>
      </w:r>
    </w:p>
    <w:p>
      <w:r>
        <w:rPr>
          <w:b w:val="0"/>
          <w:sz w:val="20"/>
        </w:rPr>
        <w:t>4. Di non avere conflitti di interesse con le parti coinvolte nell’incarico.</w:t>
      </w:r>
    </w:p>
    <w:p>
      <w:r>
        <w:rPr>
          <w:b w:val="0"/>
          <w:sz w:val="20"/>
        </w:rPr>
        <w:t>5. Di essere a conoscenza delle responsabilità civili, penali e amministrative derivanti dall’esercizio dell’attività professionale incaricata.</w:t>
      </w:r>
    </w:p>
    <w:p/>
    <w:p>
      <w:r>
        <w:rPr>
          <w:b/>
          <w:sz w:val="20"/>
        </w:rPr>
        <w:t>Obblighi del Professionista Incaricato:</w:t>
      </w:r>
    </w:p>
    <w:p>
      <w:r>
        <w:rPr>
          <w:b w:val="0"/>
          <w:sz w:val="20"/>
        </w:rPr>
        <w:t>- Rispettare tutte le disposizioni normative e regolamentari applicabili.</w:t>
      </w:r>
    </w:p>
    <w:p>
      <w:r>
        <w:rPr>
          <w:b w:val="0"/>
          <w:sz w:val="20"/>
        </w:rPr>
        <w:t>- Informare tempestivamente il committente su qualsiasi circostanza che possa influire sull'esecuzione dell'incarico.</w:t>
      </w:r>
    </w:p>
    <w:p>
      <w:r>
        <w:rPr>
          <w:b w:val="0"/>
          <w:sz w:val="20"/>
        </w:rPr>
        <w:t>- Fornire report periodici sull’attività svolta su richiesta del committente.</w:t>
      </w:r>
    </w:p>
    <w:p>
      <w:r>
        <w:rPr>
          <w:b w:val="0"/>
          <w:sz w:val="20"/>
        </w:rPr>
        <w:t>- Restituire tutta la documentazione ricevuta al termine dell’incarico, salvo diversa indicazione.</w:t>
      </w:r>
    </w:p>
    <w:p/>
    <w:p>
      <w:r>
        <w:rPr>
          <w:b/>
          <w:sz w:val="20"/>
        </w:rPr>
        <w:t>Durata dell'incarico:</w:t>
      </w:r>
    </w:p>
    <w:p>
      <w:r>
        <w:rPr>
          <w:b w:val="0"/>
          <w:sz w:val="20"/>
        </w:rPr>
        <w:t>L'incarico ha durata a partire dalla data di sottoscrizione della presente dichiarazione e si intende efficace fino al completamento delle attività descritte o fino a revoca scritta da parte del committente.</w:t>
      </w:r>
    </w:p>
    <w:p/>
    <w:p>
      <w:r>
        <w:rPr>
          <w:b/>
          <w:sz w:val="20"/>
        </w:rPr>
        <w:t>Responsabilità e Limitazioni:</w:t>
      </w:r>
    </w:p>
    <w:p>
      <w:r>
        <w:rPr>
          <w:b w:val="0"/>
          <w:sz w:val="20"/>
        </w:rPr>
        <w:t>Il Professionista Incaricato svolge l'incarico con la massima diligenza, ma non può essere ritenuto responsabile per eventi o fatti non prevedibili o non imputabili ad esso. Eventuali danni derivanti da negligenza o dolo saranno valutati secondo le disposizioni di legge.</w:t>
      </w:r>
    </w:p>
    <w:p/>
    <w:p>
      <w:r>
        <w:rPr>
          <w:b/>
          <w:sz w:val="20"/>
        </w:rPr>
        <w:t>Foro competente:</w:t>
      </w:r>
    </w:p>
    <w:p>
      <w:r>
        <w:rPr>
          <w:b w:val="0"/>
          <w:sz w:val="20"/>
        </w:rPr>
        <w:t>Per ogni controversia relativa alla presente dichiarazione e all’incarico conferito, è competente in via esclusiva il Foro di _________________.</w:t>
      </w:r>
    </w:p>
    <w:p/>
    <w:p/>
    <w:p>
      <w:r>
        <w:rPr>
          <w:b w:val="0"/>
          <w:sz w:val="20"/>
        </w:rPr>
        <w:t>Luogo : ____________________________________________________</w:t>
      </w:r>
    </w:p>
    <w:p>
      <w:r>
        <w:rPr>
          <w:b w:val="0"/>
          <w:sz w:val="20"/>
        </w:rPr>
        <w:t>Data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Professionista Incaricato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https://esperto-dichiarazioni.com/fac-simile-dichiarazione-professionista-incaricato/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professionista-incarica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