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DI MONTAGGIO A REGOLA D'ARTE</w:t>
      </w:r>
    </w:p>
    <w:p/>
    <w:p/>
    <w:p>
      <w:r>
        <w:rPr>
          <w:b/>
          <w:sz w:val="20"/>
        </w:rPr>
        <w:t>Il sottoscritto: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Luogo e Data di Nascita: 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Residenza: _____________________________________________________</w:t>
      </w:r>
    </w:p>
    <w:p>
      <w:r>
        <w:rPr>
          <w:b w:val="0"/>
          <w:sz w:val="20"/>
        </w:rPr>
        <w:t>Telefono: ______________________________________________________</w:t>
      </w:r>
    </w:p>
    <w:p>
      <w:r>
        <w:rPr>
          <w:b w:val="0"/>
          <w:sz w:val="20"/>
        </w:rPr>
        <w:t>E-mail: _______________________________________________________</w:t>
      </w:r>
    </w:p>
    <w:p/>
    <w:p>
      <w:r>
        <w:rPr>
          <w:b/>
          <w:sz w:val="20"/>
        </w:rPr>
        <w:t>In qualità di:</w:t>
      </w:r>
    </w:p>
    <w:p>
      <w:r>
        <w:rPr>
          <w:b w:val="0"/>
          <w:sz w:val="20"/>
        </w:rPr>
        <w:t>- Installatore / Responsabile Tecnico dell'impresa: _______________</w:t>
      </w:r>
    </w:p>
    <w:p>
      <w:r>
        <w:rPr>
          <w:b w:val="0"/>
          <w:sz w:val="20"/>
        </w:rPr>
        <w:t>- Ragione Sociale / Denominazione: ________________________________</w:t>
      </w:r>
    </w:p>
    <w:p>
      <w:r>
        <w:rPr>
          <w:b w:val="0"/>
          <w:sz w:val="20"/>
        </w:rPr>
        <w:t>- Partita IVA / Codice Fiscale: ___________________________________</w:t>
      </w:r>
    </w:p>
    <w:p>
      <w:r>
        <w:rPr>
          <w:b w:val="0"/>
          <w:sz w:val="20"/>
        </w:rPr>
        <w:t>- Sede Legale: _________________________________________________</w:t>
      </w:r>
    </w:p>
    <w:p>
      <w:r>
        <w:rPr>
          <w:b w:val="0"/>
          <w:sz w:val="20"/>
        </w:rPr>
        <w:t>- Numero REA: _________________________________________________</w:t>
      </w:r>
    </w:p>
    <w:p>
      <w:r>
        <w:rPr>
          <w:b w:val="0"/>
          <w:sz w:val="20"/>
        </w:rPr>
        <w:t>- Iscrizione Camera di Commercio: ________________________________</w:t>
      </w:r>
    </w:p>
    <w:p/>
    <w:p>
      <w:r>
        <w:rPr>
          <w:b/>
          <w:sz w:val="20"/>
        </w:rPr>
        <w:t>DICHIARA</w:t>
      </w:r>
    </w:p>
    <w:p>
      <w:r>
        <w:rPr>
          <w:b/>
          <w:sz w:val="20"/>
        </w:rPr>
        <w:t>che le opere di montaggio/installazione relative a:</w:t>
      </w:r>
    </w:p>
    <w:p>
      <w:r>
        <w:rPr>
          <w:b w:val="0"/>
          <w:sz w:val="20"/>
        </w:rPr>
        <w:t>- Tipologia dell'impianto o struttura: ___________________________</w:t>
      </w:r>
    </w:p>
    <w:p>
      <w:r>
        <w:rPr>
          <w:b w:val="0"/>
          <w:sz w:val="20"/>
        </w:rPr>
        <w:t>- Ubicazione cantiere: ___________________________________________</w:t>
      </w:r>
    </w:p>
    <w:p>
      <w:r>
        <w:rPr>
          <w:b w:val="0"/>
          <w:sz w:val="20"/>
        </w:rPr>
        <w:t>- Descrizione sintetica delle opere effettuate: ____________________</w:t>
      </w:r>
    </w:p>
    <w:p/>
    <w:p>
      <w:r>
        <w:rPr>
          <w:b w:val="0"/>
          <w:sz w:val="20"/>
        </w:rPr>
        <w:t>sono state eseguite a regola d'arte, conformemente alle normative vigenti in materia di sicurezza, qualità e conformità tecnica, in particolare:</w:t>
      </w:r>
    </w:p>
    <w:p>
      <w:r>
        <w:rPr>
          <w:b w:val="0"/>
          <w:sz w:val="20"/>
        </w:rPr>
        <w:t>- D.Lgs. 81/2008 e successive modifiche relative alla sicurezza sul lavoro;</w:t>
      </w:r>
    </w:p>
    <w:p>
      <w:r>
        <w:rPr>
          <w:b w:val="0"/>
          <w:sz w:val="20"/>
        </w:rPr>
        <w:t>- Norme tecniche specifiche di settore applicabili (ad es. CEI, UNI, EN);</w:t>
      </w:r>
    </w:p>
    <w:p>
      <w:r>
        <w:rPr>
          <w:b w:val="0"/>
          <w:sz w:val="20"/>
        </w:rPr>
        <w:t>- Prescrizioni del progetto e delle eventuali autorizzazioni ottenute;</w:t>
      </w:r>
    </w:p>
    <w:p>
      <w:r>
        <w:rPr>
          <w:b w:val="0"/>
          <w:sz w:val="20"/>
        </w:rPr>
        <w:t>- Norme di buona tecnica e prassi professionali riconosciute a livello nazionale;</w:t>
      </w:r>
    </w:p>
    <w:p/>
    <w:p>
      <w:r>
        <w:rPr>
          <w:b/>
          <w:sz w:val="20"/>
        </w:rPr>
        <w:t>Il sottoscritto si impegna altresì a garantire che:</w:t>
      </w:r>
    </w:p>
    <w:p>
      <w:r>
        <w:rPr>
          <w:b w:val="0"/>
          <w:sz w:val="20"/>
        </w:rPr>
        <w:t>- le lavorazioni sono state eseguite con materiali conformi agli standard di qualità e sicurezza;</w:t>
      </w:r>
    </w:p>
    <w:p>
      <w:r>
        <w:rPr>
          <w:b w:val="0"/>
          <w:sz w:val="20"/>
        </w:rPr>
        <w:t>- sono stati adottati tutti gli accorgimenti necessari per la tutela della sicurezza degli operatori e dei terzi;</w:t>
      </w:r>
    </w:p>
    <w:p>
      <w:r>
        <w:rPr>
          <w:b w:val="0"/>
          <w:sz w:val="20"/>
        </w:rPr>
        <w:t>- è stata effettuata la verifica finale di conformità e funzionalità delle opere installate;</w:t>
      </w:r>
    </w:p>
    <w:p>
      <w:r>
        <w:rPr>
          <w:b w:val="0"/>
          <w:sz w:val="20"/>
        </w:rPr>
        <w:t>- la documentazione tecnica relativa all'intervento è stata regolarmente redatta e conservata.</w:t>
      </w:r>
    </w:p>
    <w:p/>
    <w:p>
      <w:r>
        <w:rPr>
          <w:b/>
          <w:sz w:val="20"/>
        </w:rPr>
        <w:t>Consapevole delle sanzioni penali previste dall'art. 76 del D.P.R. 445/2000 in caso di dichiarazioni mendaci, il sottoscritto dichiara che quanto sopra corrisponde al vero.</w:t>
      </w:r>
    </w:p>
    <w:p/>
    <w:p/>
    <w:p>
      <w:r>
        <w:rPr>
          <w:b w:val="0"/>
          <w:sz w:val="20"/>
        </w:rPr>
        <w:t>Luogo: __________________________________________________________</w:t>
      </w:r>
    </w:p>
    <w:p>
      <w:r>
        <w:rPr>
          <w:b w:val="0"/>
          <w:sz w:val="20"/>
        </w:rPr>
        <w:t>Data: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t>Firma del Dichiarante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 w:val="0"/>
                <w:sz w:val="20"/>
              </w:rP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https://esperto-dichiarazioni.com/fac-simile-dichiarazione-montaggio-a-regola-d-arte/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montaggio-a-regola-d-art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