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DI FINE LAVORI</w:t>
      </w:r>
    </w:p>
    <w:p/>
    <w:p/>
    <w:p>
      <w:r>
        <w:rPr>
          <w:b/>
          <w:sz w:val="20"/>
        </w:rPr>
        <w:t>Il sottoscritto/a :</w:t>
      </w:r>
    </w:p>
    <w:p>
      <w:r>
        <w:rPr>
          <w:b w:val="0"/>
          <w:sz w:val="20"/>
        </w:rPr>
        <w:t>Nome e Cognome : 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Residenza : _____________________________________________________</w:t>
      </w:r>
    </w:p>
    <w:p>
      <w:r>
        <w:rPr>
          <w:b w:val="0"/>
          <w:sz w:val="20"/>
        </w:rPr>
        <w:t>In qualità di : _________________________________________________</w:t>
      </w:r>
    </w:p>
    <w:p/>
    <w:p>
      <w:r>
        <w:rPr>
          <w:b/>
          <w:sz w:val="20"/>
        </w:rPr>
        <w:t>DICHIARA</w:t>
      </w:r>
    </w:p>
    <w:p>
      <w:r>
        <w:rPr>
          <w:b/>
          <w:sz w:val="20"/>
        </w:rPr>
        <w:t>di aver ultimato i lavori relativi a :</w:t>
      </w:r>
    </w:p>
    <w:p>
      <w:r>
        <w:rPr>
          <w:b w:val="0"/>
          <w:sz w:val="20"/>
        </w:rPr>
        <w:t>Descrizione dettagliata dei lavori eseguiti : 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Indirizzo dell'immobile oggetto dei lavori :</w:t>
      </w:r>
    </w:p>
    <w:p>
      <w:r>
        <w:rPr>
          <w:b w:val="0"/>
          <w:sz w:val="20"/>
        </w:rPr>
        <w:t>Via/Piazza : _____________________________________________________</w:t>
      </w:r>
    </w:p>
    <w:p>
      <w:r>
        <w:rPr>
          <w:b w:val="0"/>
          <w:sz w:val="20"/>
        </w:rPr>
        <w:t>Civico : ________________________________________________________</w:t>
      </w:r>
    </w:p>
    <w:p>
      <w:r>
        <w:rPr>
          <w:b w:val="0"/>
          <w:sz w:val="20"/>
        </w:rPr>
        <w:t>Comune : ________________________________________________________</w:t>
      </w:r>
    </w:p>
    <w:p/>
    <w:p>
      <w:r>
        <w:rPr>
          <w:b/>
          <w:sz w:val="20"/>
        </w:rPr>
        <w:t>Riferimenti titolo abilitativo :</w:t>
      </w:r>
    </w:p>
    <w:p>
      <w:r>
        <w:rPr>
          <w:b w:val="0"/>
          <w:sz w:val="20"/>
        </w:rPr>
        <w:t>Tipo di permesso/concessione/autorizzazione : ______________________________</w:t>
      </w:r>
    </w:p>
    <w:p>
      <w:r>
        <w:rPr>
          <w:b w:val="0"/>
          <w:sz w:val="20"/>
        </w:rPr>
        <w:t>Numero protocollo : _______________________________________________</w:t>
      </w:r>
    </w:p>
    <w:p>
      <w:r>
        <w:rPr>
          <w:b w:val="0"/>
          <w:sz w:val="20"/>
        </w:rPr>
        <w:t>Data rilascio : ________________________________________________</w:t>
      </w:r>
    </w:p>
    <w:p/>
    <w:p>
      <w:r>
        <w:rPr>
          <w:b/>
          <w:sz w:val="20"/>
        </w:rPr>
        <w:t>Dichiara inoltre:</w:t>
      </w:r>
    </w:p>
    <w:p>
      <w:r>
        <w:rPr>
          <w:b w:val="0"/>
          <w:sz w:val="20"/>
        </w:rPr>
        <w:t>- Che i lavori sono stati eseguiti a regola d’arte e in conformità al progetto approvato;</w:t>
      </w:r>
    </w:p>
    <w:p>
      <w:r>
        <w:rPr>
          <w:b w:val="0"/>
          <w:sz w:val="20"/>
        </w:rPr>
        <w:t>- Che sono stati rispettati tutti gli obblighi normativi, tecnici e di sicurezza previsti dalla vigente legislazione;</w:t>
      </w:r>
    </w:p>
    <w:p>
      <w:r>
        <w:rPr>
          <w:b w:val="0"/>
          <w:sz w:val="20"/>
        </w:rPr>
        <w:t>- Che non sussistono vincoli o impedimenti che ostacolino la fruizione dell’immobile;</w:t>
      </w:r>
    </w:p>
    <w:p/>
    <w:p>
      <w:r>
        <w:rPr>
          <w:b w:val="0"/>
          <w:sz w:val="20"/>
        </w:rPr>
        <w:t>Si impegna inoltre a garantire la manutenzione necessaria ai fini della conservazione delle opere eseguite e a comunicare tempestivamente eventuali difformità o problematiche riscontrate.</w:t>
      </w:r>
    </w:p>
    <w:p/>
    <w:p>
      <w:r>
        <w:rPr>
          <w:b w:val="0"/>
          <w:sz w:val="20"/>
        </w:rPr>
        <w:t>Il sottoscritto assume ogni responsabilità in ordine alla veridicità delle informazioni fornite con la presente dichiarazione e si impegna a rispondere di eventuali conseguenze derivanti da dichiarazioni mendaci o incomplete.</w:t>
      </w:r>
    </w:p>
    <w:p/>
    <w:p/>
    <w:p>
      <w:r>
        <w:rPr>
          <w:b w:val="0"/>
          <w:sz w:val="20"/>
        </w:rPr>
        <w:t>Luogo : __________________________________________________________</w:t>
      </w:r>
    </w:p>
    <w:p>
      <w:r>
        <w:rPr>
          <w:b w:val="0"/>
          <w:sz w:val="20"/>
        </w:rPr>
        <w:t>Firma : ___________________________________________________________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TECNICO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https://esperto-dichiarazioni.com/fac-simile-dichiarazione-fine-lavori/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fine-lavori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