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FAC SIMILE DICHIARAZIONE DI USUCAPIONE IN SUCCESSIONE</w:t>
      </w:r>
    </w:p>
    <w:p/>
    <w:p/>
    <w:p>
      <w:r>
        <w:rPr>
          <w:b w:val="0"/>
          <w:sz w:val="20"/>
        </w:rPr>
        <w:t>Il sottoscritto/a, consapevole delle responsabilità penali previste dall'art. 76 del D.P.R. 445/2000 per le dichiarazioni mendaci,</w:t>
      </w:r>
    </w:p>
    <w:p>
      <w:r>
        <w:rPr>
          <w:b/>
          <w:sz w:val="20"/>
        </w:rPr>
        <w:t>DICHIARA</w:t>
      </w:r>
    </w:p>
    <w:p/>
    <w:p>
      <w:r>
        <w:rPr>
          <w:b/>
          <w:sz w:val="20"/>
        </w:rPr>
        <w:t>1. Dati anagrafici del dichiarante:</w:t>
      </w:r>
    </w:p>
    <w:p>
      <w:r>
        <w:rPr>
          <w:b w:val="0"/>
          <w:sz w:val="20"/>
        </w:rPr>
        <w:t>Nome e Cognome: ______________________________________________________________</w:t>
      </w:r>
    </w:p>
    <w:p>
      <w:r>
        <w:rPr>
          <w:b w:val="0"/>
          <w:sz w:val="20"/>
        </w:rPr>
        <w:t>Codice Fiscale: ______________________________________________________________</w:t>
      </w:r>
    </w:p>
    <w:p>
      <w:r>
        <w:rPr>
          <w:b w:val="0"/>
          <w:sz w:val="20"/>
        </w:rPr>
        <w:t>Luogo e Data di nascita: _____________________________________________________</w:t>
      </w:r>
    </w:p>
    <w:p>
      <w:r>
        <w:rPr>
          <w:b w:val="0"/>
          <w:sz w:val="20"/>
        </w:rPr>
        <w:t>Residenza: _________________________________________________________________</w:t>
      </w:r>
    </w:p>
    <w:p/>
    <w:p>
      <w:r>
        <w:rPr>
          <w:b/>
          <w:sz w:val="20"/>
        </w:rPr>
        <w:t>2. Dati del soggetto deceduto:</w:t>
      </w:r>
    </w:p>
    <w:p>
      <w:r>
        <w:rPr>
          <w:b w:val="0"/>
          <w:sz w:val="20"/>
        </w:rPr>
        <w:t>Nome e Cognome: ______________________________________________________________</w:t>
      </w:r>
    </w:p>
    <w:p>
      <w:r>
        <w:rPr>
          <w:b w:val="0"/>
          <w:sz w:val="20"/>
        </w:rPr>
        <w:t>Codice Fiscale: ______________________________________________________________</w:t>
      </w:r>
    </w:p>
    <w:p>
      <w:r>
        <w:rPr>
          <w:b w:val="0"/>
          <w:sz w:val="20"/>
        </w:rPr>
        <w:t>Luogo e Data di nascita: _____________________________________________________</w:t>
      </w:r>
    </w:p>
    <w:p>
      <w:r>
        <w:rPr>
          <w:b w:val="0"/>
          <w:sz w:val="20"/>
        </w:rPr>
        <w:t>Ultima residenza: ____________________________________________________________</w:t>
      </w:r>
    </w:p>
    <w:p>
      <w:r>
        <w:rPr>
          <w:b w:val="0"/>
          <w:sz w:val="20"/>
        </w:rPr>
        <w:t>Data e luogo del decesso: ____________________________________________________</w:t>
      </w:r>
    </w:p>
    <w:p/>
    <w:p>
      <w:r>
        <w:rPr>
          <w:b/>
          <w:sz w:val="20"/>
        </w:rPr>
        <w:t>3. Descrizione del bene oggetto di usucapione:</w:t>
      </w:r>
    </w:p>
    <w:p>
      <w:r>
        <w:rPr>
          <w:b w:val="0"/>
          <w:sz w:val="20"/>
        </w:rPr>
        <w:t>Tipo di bene: ________________________________________________________________</w:t>
      </w:r>
    </w:p>
    <w:p>
      <w:r>
        <w:rPr>
          <w:b w:val="0"/>
          <w:sz w:val="20"/>
        </w:rPr>
        <w:t>Indirizzo/Ubicazione: ________________________________________________________</w:t>
      </w:r>
    </w:p>
    <w:p>
      <w:r>
        <w:rPr>
          <w:b w:val="0"/>
          <w:sz w:val="20"/>
        </w:rPr>
        <w:t>Dati catastali (foglio, particella, subalterno): ________________________________</w:t>
      </w:r>
    </w:p>
    <w:p>
      <w:r>
        <w:rPr>
          <w:b w:val="0"/>
          <w:sz w:val="20"/>
        </w:rPr>
        <w:t>Descrizione dettagliata e stato di possesso: ____________________________________</w:t>
      </w:r>
    </w:p>
    <w:p/>
    <w:p>
      <w:r>
        <w:rPr>
          <w:b/>
          <w:sz w:val="20"/>
        </w:rPr>
        <w:t>4. Titolo e modalità del possesso del bene:</w:t>
      </w:r>
    </w:p>
    <w:p>
      <w:r>
        <w:rPr>
          <w:b w:val="0"/>
          <w:sz w:val="20"/>
        </w:rPr>
        <w:t>Il sottoscritto dichiara di aver posseduto il bene di cui sopra in modo continuo, pacifico, pubblico e non interrotto per il periodo previsto dalla legge,</w:t>
      </w:r>
    </w:p>
    <w:p>
      <w:r>
        <w:rPr>
          <w:b w:val="0"/>
          <w:sz w:val="20"/>
        </w:rPr>
        <w:t>in qualità di successore a titolo universale o particolare del defunto, ai sensi degli artt. 1158, 1163 e seguenti del Codice Civile.</w:t>
      </w:r>
    </w:p>
    <w:p/>
    <w:p>
      <w:r>
        <w:rPr>
          <w:b/>
          <w:sz w:val="20"/>
        </w:rPr>
        <w:t>5. Modalità di usucapione:</w:t>
      </w:r>
    </w:p>
    <w:p>
      <w:r>
        <w:rPr>
          <w:b w:val="0"/>
          <w:sz w:val="20"/>
        </w:rPr>
        <w:t>Il possesso è stato esercitato con l’animus domini, cioè con la volontà di considerare il bene come proprio, senza opposizione da parte di terzi.</w:t>
      </w:r>
    </w:p>
    <w:p>
      <w:r>
        <w:rPr>
          <w:b w:val="0"/>
          <w:sz w:val="20"/>
        </w:rPr>
        <w:t>Il possesso è durato ininterrottamente per il periodo necessario previsto dall’art. 1158 c.c., che decorre dalla data di apertura della successione.</w:t>
      </w:r>
    </w:p>
    <w:p/>
    <w:p>
      <w:r>
        <w:rPr>
          <w:b/>
          <w:sz w:val="20"/>
        </w:rPr>
        <w:t>6. Dichiarazione di assenza di opposizioni:</w:t>
      </w:r>
    </w:p>
    <w:p>
      <w:r>
        <w:rPr>
          <w:b w:val="0"/>
          <w:sz w:val="20"/>
        </w:rPr>
        <w:t>Non risultano atti interruttivi o opposizioni da parte di altri soggetti che possano pregiudicare la validità della presente usucapione.</w:t>
      </w:r>
    </w:p>
    <w:p/>
    <w:p>
      <w:r>
        <w:rPr>
          <w:b/>
          <w:sz w:val="20"/>
        </w:rPr>
        <w:t>7. Riferimenti normativi:</w:t>
      </w:r>
    </w:p>
    <w:p>
      <w:r>
        <w:rPr>
          <w:b w:val="0"/>
          <w:sz w:val="20"/>
        </w:rPr>
        <w:t>La presente dichiarazione è resa ai sensi degli artt. 1158 e seguenti del Codice Civile e dell’art. 47 del D.P.R. 445/2000.</w:t>
      </w:r>
    </w:p>
    <w:p/>
    <w:p/>
    <w:p>
      <w:r>
        <w:rPr>
          <w:b w:val="0"/>
          <w:sz w:val="20"/>
        </w:rPr>
        <w:t>Luogo: _________________________________________________________________</w:t>
      </w:r>
    </w:p>
    <w:p>
      <w:r>
        <w:rPr>
          <w:b w:val="0"/>
          <w:sz w:val="20"/>
        </w:rPr>
        <w:t>Data: _________________________________________________________________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9972"/>
      </w:tblGrid>
      <w:tr>
        <w:tc>
          <w:tcPr>
            <w:tcW w:type="dxa" w:w="997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Il dichiarante</w:t>
            </w:r>
          </w:p>
        </w:tc>
      </w:tr>
      <w:tr>
        <w:tc>
          <w:tcPr>
            <w:tcW w:type="dxa" w:w="997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Firma: 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originale di questo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https://esperto-dichiarazioni.com/fac-simile-dichiarazione-di-usucapione-in-successione/</w:t>
        </w:r>
      </w:hyperlink>
    </w:p>
    <w:p>
      <w:pPr>
        <w:jc w:val="center"/>
      </w:pPr>
      <w:r>
        <w:rPr>
          <w:color w:val="555555"/>
          <w:sz w:val="26"/>
        </w:rPr>
        <w:t>Questo modello ti è stato utile?</w:t>
      </w:r>
    </w:p>
    <w:p>
      <w:pPr>
        <w:jc w:val="center"/>
      </w:pPr>
      <w:r>
        <w:rPr>
          <w:color w:val="555555"/>
          <w:sz w:val="26"/>
        </w:rPr>
        <w:t>Trova altri modelli aggiornati su: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https://esperto-dichiarazioni.com</w:t>
        </w:r>
      </w:hyperlink>
    </w:p>
    <w:p>
      <w:pPr>
        <w:jc w:val="center"/>
      </w:pPr>
      <w:r>
        <w:rPr>
          <w:color w:val="808080"/>
          <w:sz w:val="20"/>
        </w:rPr>
        <w:t>Questo modello è destinato esclusivamente a un uso personale e non commerciale.</w:t>
        <w:br/>
        <w:t>Qualsiasi diffusione o pubblicazione deve citare obbligatoriamente la fonte. © esperto-dichiarazioni.com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esperto-dichiarazioni.com/fac-simile-dichiarazione-di-usucapione-in-successione/" TargetMode="External"/><Relationship Id="rId10" Type="http://schemas.openxmlformats.org/officeDocument/2006/relationships/hyperlink" Target="https://esperto-dichiarazioni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