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DICHIARAZIONE DI DISPONIBILITÀ ALL’ASSUNZIONE</w:t>
      </w:r>
    </w:p>
    <w:p/>
    <w:p/>
    <w:p>
      <w:r>
        <w:rPr>
          <w:b/>
          <w:sz w:val="20"/>
        </w:rPr>
        <w:t>Il/La sottoscritto/a:</w:t>
      </w:r>
    </w:p>
    <w:p>
      <w:r>
        <w:rPr>
          <w:b w:val="0"/>
          <w:sz w:val="20"/>
        </w:rPr>
        <w:t>Nome e Cognome: _______________________________________________</w:t>
      </w:r>
    </w:p>
    <w:p>
      <w:r>
        <w:rPr>
          <w:b w:val="0"/>
          <w:sz w:val="20"/>
        </w:rPr>
        <w:t>Luogo e data di nascita: ________________________________________</w:t>
      </w:r>
    </w:p>
    <w:p>
      <w:r>
        <w:rPr>
          <w:b w:val="0"/>
          <w:sz w:val="20"/>
        </w:rPr>
        <w:t>Codice Fiscale: ________________________________________________</w:t>
      </w:r>
    </w:p>
    <w:p>
      <w:r>
        <w:rPr>
          <w:b w:val="0"/>
          <w:sz w:val="20"/>
        </w:rPr>
        <w:t>Residenza (indirizzo completo): _________________________________</w:t>
      </w:r>
    </w:p>
    <w:p>
      <w:r>
        <w:rPr>
          <w:b w:val="0"/>
          <w:sz w:val="20"/>
        </w:rPr>
        <w:t>Numero di telefono: _____________________________________________</w:t>
      </w:r>
    </w:p>
    <w:p>
      <w:r>
        <w:rPr>
          <w:b w:val="0"/>
          <w:sz w:val="20"/>
        </w:rPr>
        <w:t>Indirizzo email: ________________________________________________</w:t>
      </w:r>
    </w:p>
    <w:p/>
    <w:p/>
    <w:p>
      <w:r>
        <w:rPr>
          <w:b/>
          <w:sz w:val="20"/>
        </w:rPr>
        <w:t>DICHIARA SOTTO LA PROPRIA RESPONSABILITÀ, ai sensi e per gli effetti degli artt. 46 e 47 del D.P.R. n. 445/2000 e consapevole delle sanzioni penali previste in caso di dichiarazioni mendaci, di falso materiale o uso di atti falsi:</w:t>
      </w:r>
    </w:p>
    <w:p/>
    <w:p>
      <w:r>
        <w:rPr>
          <w:b w:val="0"/>
          <w:sz w:val="20"/>
        </w:rPr>
        <w:t>1. di essere disponibile ad assumere un rapporto di lavoro subordinato o di collaborazione, anche a tempo determinato o indeterminato, presso qualsiasi datore di lavoro ed in qualsiasi settore di attività;</w:t>
      </w:r>
    </w:p>
    <w:p>
      <w:r>
        <w:rPr>
          <w:b w:val="0"/>
          <w:sz w:val="20"/>
        </w:rPr>
        <w:t>2. di essere in possesso dei requisiti professionali e/o formativi richiesti per l’espletamento delle mansioni oggetto di assunzione;</w:t>
      </w:r>
    </w:p>
    <w:p>
      <w:r>
        <w:rPr>
          <w:b w:val="0"/>
          <w:sz w:val="20"/>
        </w:rPr>
        <w:t>3. di non essere vincolato/a da alcun rapporto di lavoro in corso che ne impedisca l’assunzione;</w:t>
      </w:r>
    </w:p>
    <w:p>
      <w:r>
        <w:rPr>
          <w:b w:val="0"/>
          <w:sz w:val="20"/>
        </w:rPr>
        <w:t>4. di impegnarsi a comunicare tempestivamente qualsiasi variazione della propria situazione lavorativa o personale che possa influire sulla disponibilità all’assunzione;</w:t>
      </w:r>
    </w:p>
    <w:p>
      <w:r>
        <w:rPr>
          <w:b w:val="0"/>
          <w:sz w:val="20"/>
        </w:rPr>
        <w:t>5. di autorizzare il trattamento dei dati personali ai sensi del Regolamento UE 2016/679 (GDPR) esclusivamente per le finalità legate alla selezione e all’assunzione.</w:t>
      </w:r>
    </w:p>
    <w:p/>
    <w:p/>
    <w:p>
      <w:r>
        <w:rPr>
          <w:b w:val="0"/>
          <w:sz w:val="20"/>
        </w:rPr>
        <w:t>La presente dichiarazione viene resa per tutti gli usi consentiti dalla legge e costituisce elemento essenziale ai fini del procedimento di selezione e assunzione.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Luogo: 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Data: ____________________________________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br/>
              <w:br/>
              <w:t>Firma del dichiarante: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/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Nome e Cognome: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https://esperto-dichiarazioni.com/fac-simile-dichiarazione-di-disponibilita-all-assunzione/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fac-simile-dichiarazione-di-disponibilita-all-assunzione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