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FAC-SIMILE DICHIARAZIONE DI CONFORMITÀ</w:t>
      </w:r>
    </w:p>
    <w:p/>
    <w:p/>
    <w:p>
      <w:r>
        <w:rPr>
          <w:b/>
          <w:sz w:val="20"/>
        </w:rPr>
        <w:t>Il sottoscritto:</w:t>
      </w:r>
    </w:p>
    <w:p>
      <w:r>
        <w:rPr>
          <w:b w:val="0"/>
          <w:sz w:val="20"/>
        </w:rPr>
        <w:t>Nome e Cognome / Ragione Sociale: ________________________________________________</w:t>
      </w:r>
    </w:p>
    <w:p>
      <w:r>
        <w:rPr>
          <w:b w:val="0"/>
          <w:sz w:val="20"/>
        </w:rPr>
        <w:t>Indirizzo: _______________________________________________________________________</w:t>
      </w:r>
    </w:p>
    <w:p>
      <w:r>
        <w:rPr>
          <w:b w:val="0"/>
          <w:sz w:val="20"/>
        </w:rPr>
        <w:t>Codice Fiscale / Partita IVA: _____________________________________________________</w:t>
      </w:r>
    </w:p>
    <w:p>
      <w:r>
        <w:rPr>
          <w:b w:val="0"/>
          <w:sz w:val="20"/>
        </w:rPr>
        <w:t>Qualifica / Ruolo: ________________________________________________________________</w:t>
      </w:r>
    </w:p>
    <w:p/>
    <w:p/>
    <w:p>
      <w:pPr>
        <w:jc w:val="center"/>
      </w:pPr>
      <w:r>
        <w:rPr>
          <w:b/>
          <w:sz w:val="20"/>
        </w:rPr>
        <w:t>DICHIARA SOTTO LA PROPRIA RESPONSABILITÀ</w:t>
      </w:r>
    </w:p>
    <w:p/>
    <w:p>
      <w:r>
        <w:rPr>
          <w:b/>
          <w:sz w:val="20"/>
        </w:rPr>
        <w:t>che l’installazione, la modifica e/o la manutenzione della canna fumaria sita in:</w:t>
      </w:r>
    </w:p>
    <w:p>
      <w:r>
        <w:rPr>
          <w:b w:val="0"/>
          <w:sz w:val="20"/>
        </w:rPr>
        <w:t>Indirizzo: _______________________________________________________________________</w:t>
      </w:r>
    </w:p>
    <w:p>
      <w:r>
        <w:rPr>
          <w:b w:val="0"/>
          <w:sz w:val="20"/>
        </w:rPr>
        <w:t>Comune: _________________________________ Provincia: ____________________________</w:t>
      </w:r>
    </w:p>
    <w:p/>
    <w:p>
      <w:r>
        <w:rPr>
          <w:b w:val="0"/>
          <w:sz w:val="20"/>
        </w:rPr>
        <w:t>è stata eseguita nel rispetto delle normative vigenti in materia di sicurezza, prevenzione incendi,</w:t>
      </w:r>
    </w:p>
    <w:p>
      <w:r>
        <w:rPr>
          <w:b w:val="0"/>
          <w:sz w:val="20"/>
        </w:rPr>
        <w:t>norme tecniche UNI e disposizioni comunali applicabili, garantendo la conformità alle seguenti norme:</w:t>
      </w:r>
    </w:p>
    <w:p>
      <w:r>
        <w:rPr>
          <w:b w:val="0"/>
          <w:sz w:val="20"/>
        </w:rPr>
        <w:t>- D.Lgs. 81/2008 e s.m.i. (Testo Unico sulla sicurezza sul lavoro)</w:t>
      </w:r>
    </w:p>
    <w:p>
      <w:r>
        <w:rPr>
          <w:b w:val="0"/>
          <w:sz w:val="20"/>
        </w:rPr>
        <w:t>- DPR 151/2011 e s.m.i. (Regolamento prevenzione incendi)</w:t>
      </w:r>
    </w:p>
    <w:p>
      <w:r>
        <w:rPr>
          <w:b w:val="0"/>
          <w:sz w:val="20"/>
        </w:rPr>
        <w:t>- UNI 10683:2012 - Installazione canne fumarie</w:t>
      </w:r>
    </w:p>
    <w:p>
      <w:r>
        <w:rPr>
          <w:b w:val="0"/>
          <w:sz w:val="20"/>
        </w:rPr>
        <w:t>- Normativa regionale e comunale vigente</w:t>
      </w:r>
    </w:p>
    <w:p/>
    <w:p>
      <w:r>
        <w:rPr>
          <w:b/>
          <w:sz w:val="20"/>
        </w:rPr>
        <w:t>La presente dichiarazione è redatta ai sensi dell’art. 47 del DPR 445/2000 e successive modifiche ed integrazioni,</w:t>
      </w:r>
    </w:p>
    <w:p>
      <w:r>
        <w:rPr>
          <w:b w:val="0"/>
          <w:sz w:val="20"/>
        </w:rPr>
        <w:t>con consapevolezza delle sanzioni penali previste in caso di dichiarazioni mendaci, ai sensi dell’art. 76 del medesimo DPR.</w:t>
      </w:r>
    </w:p>
    <w:p/>
    <w:p/>
    <w:p>
      <w:r>
        <w:rPr>
          <w:b/>
          <w:sz w:val="20"/>
        </w:rPr>
        <w:t>DESCRIZIONE TECNICA DELL’INTERVENTO:</w:t>
      </w:r>
    </w:p>
    <w:p>
      <w:r>
        <w:rPr>
          <w:b w:val="0"/>
          <w:sz w:val="20"/>
        </w:rPr>
        <w:t>Tipologia di canna fumaria: __________________________________________________________</w:t>
      </w:r>
    </w:p>
    <w:p>
      <w:r>
        <w:rPr>
          <w:b w:val="0"/>
          <w:sz w:val="20"/>
        </w:rPr>
        <w:t>Materiali utilizzati: ________________________________________________________________</w:t>
      </w:r>
    </w:p>
    <w:p>
      <w:r>
        <w:rPr>
          <w:b w:val="0"/>
          <w:sz w:val="20"/>
        </w:rPr>
        <w:t>Dimensioni e caratteristiche principali: ______________________________________________</w:t>
      </w:r>
    </w:p>
    <w:p>
      <w:r>
        <w:rPr>
          <w:b w:val="0"/>
          <w:sz w:val="20"/>
        </w:rPr>
        <w:t>Eventuali dispositivi di sicurezza installati: _________________________________________</w:t>
      </w:r>
    </w:p>
    <w:p/>
    <w:p/>
    <w:p>
      <w:r>
        <w:rPr>
          <w:b/>
          <w:sz w:val="20"/>
        </w:rPr>
        <w:t>DICHIARA INOLTRE</w:t>
      </w:r>
    </w:p>
    <w:p>
      <w:r>
        <w:rPr>
          <w:b w:val="0"/>
          <w:sz w:val="20"/>
        </w:rPr>
        <w:t>che l’impianto è stato realizzato, collaudato e verificato in conformità alla normativa tecnica applicabile,</w:t>
      </w:r>
    </w:p>
    <w:p>
      <w:r>
        <w:rPr>
          <w:b w:val="0"/>
          <w:sz w:val="20"/>
        </w:rPr>
        <w:t>garantendo la sicurezza funzionale e il rispetto ambientale, e che i materiali impiegati sono conformi alle caratteristiche tecniche previste dalle norme.</w:t>
      </w:r>
    </w:p>
    <w:p/>
    <w:p/>
    <w:p>
      <w:r>
        <w:rPr>
          <w:b w:val="0"/>
          <w:sz w:val="20"/>
        </w:rPr>
        <w:t>Il sottoscritto si assume ogni responsabilità civile e penale derivante da eventuali difformità o da non conformità con le disposizioni vigenti.</w:t>
      </w:r>
    </w:p>
    <w:p/>
    <w:p/>
    <w:p/>
    <w:p>
      <w:r>
        <w:rPr>
          <w:b w:val="0"/>
          <w:sz w:val="20"/>
        </w:rPr>
        <w:t>Luogo: ____________________________________________</w:t>
      </w:r>
    </w:p>
    <w:p>
      <w:r>
        <w:rPr>
          <w:b w:val="0"/>
          <w:sz w:val="20"/>
        </w:rPr>
        <w:t>Data: ____________________________________________</w:t>
      </w:r>
    </w:p>
    <w:p/>
    <w:p/>
    <w:p/>
    <w:p>
      <w:r>
        <w:rPr>
          <w:b/>
          <w:sz w:val="20"/>
        </w:rPr>
        <w:t>Firma del Dichiaratore:</w:t>
      </w:r>
    </w:p>
    <w:p>
      <w:r>
        <w:rPr>
          <w:b w:val="0"/>
          <w:sz w:val="20"/>
        </w:rPr>
        <w:t>____________________________________________________________________________________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DICHIARATORE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RESPONSABILE TECNICO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_______________________________</w:t>
            </w:r>
          </w:p>
        </w:tc>
      </w:tr>
    </w:tbl>
    <w:p/>
    <w:p/>
    <w:p/>
    <w:p>
      <w:r>
        <w:rPr>
          <w:b/>
          <w:sz w:val="20"/>
        </w:rPr>
        <w:t>Note:</w:t>
      </w:r>
    </w:p>
    <w:p>
      <w:r>
        <w:rPr>
          <w:b w:val="0"/>
          <w:sz w:val="20"/>
        </w:rPr>
        <w:t>La presente dichiarazione deve essere conservata a disposizione degli enti competenti per eventuali verifiche.</w:t>
      </w:r>
    </w:p>
    <w:p>
      <w:r>
        <w:rPr>
          <w:b w:val="0"/>
          <w:sz w:val="20"/>
        </w:rPr>
        <w:t>Eventuali modifiche o interventi successivi dovranno essere oggetto di nuova dichiarazione di conformità.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https://esperto-dichiarazioni.com/fac-simile-dichiarazione-di-conformita-canna-fumaria/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https://esperto-dichiarazioni.com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esperto-dichiarazioni.com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dichiarazioni.com/fac-simile-dichiarazione-di-conformita-canna-fumaria/" TargetMode="External"/><Relationship Id="rId10" Type="http://schemas.openxmlformats.org/officeDocument/2006/relationships/hyperlink" Target="https://esperto-dichiarazio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