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DEL FORNITORE INFISSI</w:t>
      </w:r>
    </w:p>
    <w:p/>
    <w:p/>
    <w:p>
      <w:r>
        <w:rPr>
          <w:b/>
          <w:sz w:val="20"/>
        </w:rPr>
        <w:t>Il sottoscritto _________________________________________________, nato a ____________________, residente in ________________________________, codice fiscale ___________________________,</w:t>
      </w:r>
    </w:p>
    <w:p>
      <w:r>
        <w:rPr>
          <w:b/>
          <w:sz w:val="20"/>
        </w:rPr>
        <w:t>in qualità di legale rappresentante/titolare della ditta _______________________________________________, con sede legale in ________________________, partita IVA ____________________________,</w:t>
      </w:r>
    </w:p>
    <w:p>
      <w:r>
        <w:rPr>
          <w:b/>
          <w:sz w:val="20"/>
        </w:rPr>
        <w:t>dichiara sotto la propria responsabilità quanto segue:</w:t>
      </w:r>
    </w:p>
    <w:p/>
    <w:p>
      <w:r>
        <w:rPr>
          <w:b/>
          <w:sz w:val="20"/>
        </w:rPr>
        <w:t>1. Che la ditta esercita regolarmente l’attività di produzione, fornitura e posa in opera di infissi e serramenti conformemente alle normative vigenti in materia di qualità, sicurezza e tutela ambientale.</w:t>
      </w:r>
    </w:p>
    <w:p/>
    <w:p>
      <w:r>
        <w:rPr>
          <w:b/>
          <w:sz w:val="20"/>
        </w:rPr>
        <w:t>2. Che i prodotti forniti sono conformi alle specifiche tecniche richieste e sono marcati CE ai sensi del Regolamento UE n. 305/2011 (CPR) e alle norme armonizzate applicabili.</w:t>
      </w:r>
    </w:p>
    <w:p/>
    <w:p>
      <w:r>
        <w:rPr>
          <w:b/>
          <w:sz w:val="20"/>
        </w:rPr>
        <w:t>3. Che la ditta si impegna a fornire esclusivamente materiali e componenti conformi alle normative italiane ed europee in materia di efficienza energetica, sicurezza e qualità, garantendo la tracciabilità dei prodotti.</w:t>
      </w:r>
    </w:p>
    <w:p/>
    <w:p>
      <w:r>
        <w:rPr>
          <w:b/>
          <w:sz w:val="20"/>
        </w:rPr>
        <w:t>4. Che la posa in opera degli infissi sarà eseguita da personale qualificato e in conformità alle regole dell’arte, rispettando tutte le disposizioni di sicurezza e le normative tecniche vigenti.</w:t>
      </w:r>
    </w:p>
    <w:p/>
    <w:p>
      <w:r>
        <w:rPr>
          <w:b/>
          <w:sz w:val="20"/>
        </w:rPr>
        <w:t>5. Che la ditta possiede tutte le autorizzazioni, licenze e iscrizioni camerali necessarie per svolgere l’attività di fornitura e posa in opera di infissi.</w:t>
      </w:r>
    </w:p>
    <w:p/>
    <w:p>
      <w:r>
        <w:rPr>
          <w:b/>
          <w:sz w:val="20"/>
        </w:rPr>
        <w:t>6. Che la ditta si impegna a rispettare tutte le normative in materia di tutela della salute e sicurezza sul lavoro, ai sensi del D.Lgs. 81/2008 e successive modifiche.</w:t>
      </w:r>
    </w:p>
    <w:p/>
    <w:p>
      <w:r>
        <w:rPr>
          <w:b/>
          <w:sz w:val="20"/>
        </w:rPr>
        <w:t>7. Che la ditta è in regola con gli adempimenti contributivi e fiscali previsti dalla legge.</w:t>
      </w:r>
    </w:p>
    <w:p/>
    <w:p>
      <w:r>
        <w:rPr>
          <w:b/>
          <w:sz w:val="20"/>
        </w:rPr>
        <w:t>8. Che la ditta si assume ogni responsabilità civile e penale derivante da eventuali dichiarazioni mendaci o dalla non conformità dei prodotti e servizi forniti.</w:t>
      </w:r>
    </w:p>
    <w:p/>
    <w:p/>
    <w:p>
      <w:r>
        <w:rPr>
          <w:b/>
          <w:sz w:val="20"/>
        </w:rPr>
        <w:t>La presente dichiarazione viene resa ai sensi e per gli effetti degli artt. 46 e 47 del D.P.R. 28 dicembre 2000, n. 445 e successive modifiche e integrazioni, consapevole delle responsabilità penali in caso di dichiarazioni false o mendaci.</w:t>
      </w:r>
    </w:p>
    <w:p/>
    <w:p/>
    <w:p>
      <w:r>
        <w:rPr>
          <w:b w:val="0"/>
          <w:sz w:val="20"/>
        </w:rPr>
        <w:t>Luogo : ______________________________________</w:t>
      </w:r>
    </w:p>
    <w:p>
      <w:r>
        <w:rPr>
          <w:b w:val="0"/>
          <w:sz w:val="20"/>
        </w:rPr>
        <w:t>Firma del dichiarante : 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(se richiesto)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https://esperto-dichiarazioni.com/fac-simile-dichiarazione-del-fornitore-infissi/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del-fornitore-infissi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