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CREDITORE PIGNORATIZIO RITENUTA D'ACCONTO</w:t>
      </w:r>
    </w:p>
    <w:p/>
    <w:p/>
    <w:p>
      <w:r>
        <w:rPr>
          <w:b/>
          <w:sz w:val="20"/>
        </w:rPr>
        <w:t>Dati del Creditore Pignoratizio:</w:t>
      </w:r>
    </w:p>
    <w:p>
      <w:r>
        <w:rPr>
          <w:b w:val="0"/>
          <w:sz w:val="20"/>
        </w:rPr>
        <w:t>Nome / Ragione Sociale : ____________________________________________________________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_____________________________________________________</w:t>
      </w:r>
    </w:p>
    <w:p>
      <w:r>
        <w:rPr>
          <w:b w:val="0"/>
          <w:sz w:val="20"/>
        </w:rPr>
        <w:t>Sede Legale / Residenza : _________________________________________________________</w:t>
      </w:r>
    </w:p>
    <w:p>
      <w:r>
        <w:rPr>
          <w:b w:val="0"/>
          <w:sz w:val="20"/>
        </w:rPr>
        <w:t>Telefono / Email : _________________________________________________________________</w:t>
      </w:r>
    </w:p>
    <w:p/>
    <w:p>
      <w:r>
        <w:rPr>
          <w:b/>
          <w:sz w:val="20"/>
        </w:rPr>
        <w:t>Dati del Debitore (Soggetto Esecutato):</w:t>
      </w:r>
    </w:p>
    <w:p>
      <w:r>
        <w:rPr>
          <w:b w:val="0"/>
          <w:sz w:val="20"/>
        </w:rPr>
        <w:t>Nome / Ragione Sociale : ____________________________________________________________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_____________________________________________________</w:t>
      </w:r>
    </w:p>
    <w:p>
      <w:r>
        <w:rPr>
          <w:b w:val="0"/>
          <w:sz w:val="20"/>
        </w:rPr>
        <w:t>Sede Legale / Residenza : _________________________________________________________</w:t>
      </w:r>
    </w:p>
    <w:p>
      <w:r>
        <w:rPr>
          <w:b w:val="0"/>
          <w:sz w:val="20"/>
        </w:rPr>
        <w:t>Telefono / Email : _________________________________________________________________</w:t>
      </w:r>
    </w:p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Il sottoscritto Creditore Pignoratizio, ai sensi dell'art. 72-bis del D.P.R. 29 settembre 1973, n. 602,</w:t>
      </w:r>
    </w:p>
    <w:p>
      <w:r>
        <w:rPr>
          <w:b w:val="0"/>
          <w:sz w:val="20"/>
        </w:rPr>
        <w:t>dichiara che nei confronti del debitore sopra indicato sussiste un credito certo, liquido ed esigibile,</w:t>
      </w:r>
    </w:p>
    <w:p>
      <w:r>
        <w:rPr>
          <w:b w:val="0"/>
          <w:sz w:val="20"/>
        </w:rPr>
        <w:t>per un importo complessivo di Euro __________________ (______________________________ euro),</w:t>
      </w:r>
    </w:p>
    <w:p>
      <w:r>
        <w:rPr>
          <w:b w:val="0"/>
          <w:sz w:val="20"/>
        </w:rPr>
        <w:t>derivante da debito relativo a: _______________________________________________________.</w:t>
      </w:r>
    </w:p>
    <w:p/>
    <w:p>
      <w:r>
        <w:rPr>
          <w:b/>
          <w:sz w:val="20"/>
        </w:rPr>
        <w:t>Dichiarazione di Ritenuta d'Acconto:</w:t>
      </w:r>
    </w:p>
    <w:p>
      <w:r>
        <w:rPr>
          <w:b w:val="0"/>
          <w:sz w:val="20"/>
        </w:rPr>
        <w:t>Ai sensi dell'art. 72-bis del D.P.R. 29 settembre 1973, n. 602 e successive modificazioni,</w:t>
      </w:r>
    </w:p>
    <w:p>
      <w:r>
        <w:rPr>
          <w:b w:val="0"/>
          <w:sz w:val="20"/>
        </w:rPr>
        <w:t>il Creditore Pignoratizio esercita il diritto di ritenuta d'acconto sull'importo dovuto,</w:t>
      </w:r>
    </w:p>
    <w:p>
      <w:r>
        <w:rPr>
          <w:b w:val="0"/>
          <w:sz w:val="20"/>
        </w:rPr>
        <w:t>fino a concorrenza del credito vantato, con applicazione della ritenuta nella misura prevista dalla legge.</w:t>
      </w:r>
    </w:p>
    <w:p/>
    <w:p>
      <w:r>
        <w:rPr>
          <w:b/>
          <w:sz w:val="20"/>
        </w:rPr>
        <w:t>Modalità di Pagamento e Pignoramento:</w:t>
      </w:r>
    </w:p>
    <w:p>
      <w:r>
        <w:rPr>
          <w:b w:val="0"/>
          <w:sz w:val="20"/>
        </w:rPr>
        <w:t>Il debitore è tenuto a versare le somme dovute, al netto della ritenuta d'acconto, direttamente al Creditore Pignoratizio,</w:t>
      </w:r>
    </w:p>
    <w:p>
      <w:r>
        <w:rPr>
          <w:b w:val="0"/>
          <w:sz w:val="20"/>
        </w:rPr>
        <w:t>in ottemperanza al pignoramento presso terzi notificato e registrato, ai sensi dell'art. 543 e seguenti del Codice di Procedura Civile.</w:t>
      </w:r>
    </w:p>
    <w:p/>
    <w:p>
      <w:r>
        <w:rPr>
          <w:b/>
          <w:sz w:val="20"/>
        </w:rPr>
        <w:t>Dichiarazioni del Creditore Pignoratizio:</w:t>
      </w:r>
    </w:p>
    <w:p>
      <w:r>
        <w:rPr>
          <w:b w:val="0"/>
          <w:sz w:val="20"/>
        </w:rPr>
        <w:t>Il Creditore dichiara che il credito vantato non è soggetto a contestazioni e non è stato oggetto di transazioni o rinunce,</w:t>
      </w:r>
    </w:p>
    <w:p>
      <w:r>
        <w:rPr>
          <w:b w:val="0"/>
          <w:sz w:val="20"/>
        </w:rPr>
        <w:t>né è gravato da garanzie reali o personali che possano limitarne l'esigibilità.</w:t>
      </w:r>
    </w:p>
    <w:p>
      <w:r>
        <w:rPr>
          <w:b w:val="0"/>
          <w:sz w:val="20"/>
        </w:rPr>
        <w:t>Il Creditore si impegna a comunicare tempestivamente ogni variazione relativa al credito o al pignoramento.</w:t>
      </w:r>
    </w:p>
    <w:p/>
    <w:p>
      <w:r>
        <w:rPr>
          <w:b/>
          <w:sz w:val="20"/>
        </w:rPr>
        <w:t>Clausola di Responsabilità:</w:t>
      </w:r>
    </w:p>
    <w:p>
      <w:r>
        <w:rPr>
          <w:b w:val="0"/>
          <w:sz w:val="20"/>
        </w:rPr>
        <w:t>Il Creditore Pignoratizio solleva espressamente il debitore da ogni responsabilità derivante dall'applicazione della ritenuta d'acconto,</w:t>
      </w:r>
    </w:p>
    <w:p>
      <w:r>
        <w:rPr>
          <w:b w:val="0"/>
          <w:sz w:val="20"/>
        </w:rPr>
        <w:t>purché effettuata conformemente alle disposizioni di legge e al presente atto.</w:t>
      </w:r>
    </w:p>
    <w:p/>
    <w:p>
      <w:r>
        <w:rPr>
          <w:b/>
          <w:sz w:val="20"/>
        </w:rPr>
        <w:t>Foro Competente:</w:t>
      </w:r>
    </w:p>
    <w:p>
      <w:r>
        <w:rPr>
          <w:b w:val="0"/>
          <w:sz w:val="20"/>
        </w:rPr>
        <w:t>Per ogni controversia relativa alla presente dichiarazione e al rapporto di pignoramento,</w:t>
      </w:r>
    </w:p>
    <w:p>
      <w:r>
        <w:rPr>
          <w:b w:val="0"/>
          <w:sz w:val="20"/>
        </w:rPr>
        <w:t>è competente in via esclusiva il Foro di __________________________________________________.</w:t>
      </w:r>
    </w:p>
    <w:p/>
    <w:p/>
    <w:p>
      <w:r>
        <w:rPr>
          <w:b w:val="0"/>
          <w:sz w:val="20"/>
        </w:rPr>
        <w:t>Luogo, lì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CREDITORE PIGNORATIZIO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DEBITORE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https://esperto-dichiarazioni.com/fac-simile-dichiarazione-creditore-pignoratizio-ritenuta-d-acconto/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creditore-pignoratizio-ritenuta-d-accont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