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AMMINISTRATORE CONDOMINIO PER DETRAZIONE FISCALE</w:t>
      </w:r>
    </w:p>
    <w:p/>
    <w:p/>
    <w:p>
      <w:r>
        <w:rPr>
          <w:b w:val="0"/>
          <w:sz w:val="20"/>
        </w:rPr>
        <w:t>Il/La sottoscritto/a Amministratore Condominiale,</w:t>
      </w:r>
    </w:p>
    <w:p>
      <w:r>
        <w:rPr>
          <w:b w:val="0"/>
          <w:sz w:val="20"/>
        </w:rPr>
        <w:t>in qualità di Amministratore del Condominio sito in ___________________________,</w:t>
      </w:r>
    </w:p>
    <w:p>
      <w:r>
        <w:rPr>
          <w:b w:val="0"/>
          <w:sz w:val="20"/>
        </w:rPr>
        <w:t>Codice Fiscale/Partita IVA: ____________________________________________,</w:t>
      </w:r>
    </w:p>
    <w:p>
      <w:r>
        <w:rPr>
          <w:b w:val="0"/>
          <w:sz w:val="20"/>
        </w:rPr>
        <w:t>consapevole delle responsabilità penali in caso di dichiarazioni mendaci ai sensi degli artt. 46 e 47 del D.P.R. 445/2000,</w:t>
      </w:r>
    </w:p>
    <w:p/>
    <w:p>
      <w:r>
        <w:rPr>
          <w:b/>
          <w:sz w:val="20"/>
        </w:rPr>
        <w:t>DICHIARA</w:t>
      </w:r>
    </w:p>
    <w:p/>
    <w:p>
      <w:r>
        <w:rPr>
          <w:b w:val="0"/>
          <w:sz w:val="20"/>
        </w:rPr>
        <w:t>che il condominio sopra indicato ha effettuato, nell'anno ________, interventi di recupero del patrimonio edilizio ai sensi dell'art. 16-bis del D.P.R. 917/1986 e successive modificazioni,</w:t>
      </w:r>
    </w:p>
    <w:p>
      <w:r>
        <w:rPr>
          <w:b w:val="0"/>
          <w:sz w:val="20"/>
        </w:rPr>
        <w:t>relativi a lavori di manutenzione ordinaria, straordinaria, restauro e risanamento conservativo, ristrutturazione edilizia,</w:t>
      </w:r>
    </w:p>
    <w:p>
      <w:r>
        <w:rPr>
          <w:b w:val="0"/>
          <w:sz w:val="20"/>
        </w:rPr>
        <w:t>finalizzati al miglioramento delle condizioni di efficienza energetica e/o di sicurezza degli edifici condominiali;</w:t>
      </w:r>
    </w:p>
    <w:p/>
    <w:p>
      <w:r>
        <w:rPr>
          <w:b w:val="0"/>
          <w:sz w:val="20"/>
        </w:rPr>
        <w:t>che i pagamenti relativi agli interventi sopra indicati sono stati effettuati tramite bonifico bancario/postale dedicato ai sensi della normativa vigente in materia di detrazioni fiscali;</w:t>
      </w:r>
    </w:p>
    <w:p/>
    <w:p>
      <w:r>
        <w:rPr>
          <w:b w:val="0"/>
          <w:sz w:val="20"/>
        </w:rPr>
        <w:t>che i lavori sono stati eseguiti sulle parti comuni dell'edificio condominiale, così come individuate dall'art. 1117 e seguenti del Codice Civile;</w:t>
      </w:r>
    </w:p>
    <w:p/>
    <w:p>
      <w:r>
        <w:rPr>
          <w:b w:val="0"/>
          <w:sz w:val="20"/>
        </w:rPr>
        <w:t>che i dati relativi all'identificazione del condominio sono i seguenti:</w:t>
      </w:r>
    </w:p>
    <w:p>
      <w:r>
        <w:rPr>
          <w:b w:val="0"/>
          <w:sz w:val="20"/>
        </w:rPr>
        <w:t>- Indirizzo: ____________________________________________________________</w:t>
      </w:r>
    </w:p>
    <w:p>
      <w:r>
        <w:rPr>
          <w:b w:val="0"/>
          <w:sz w:val="20"/>
        </w:rPr>
        <w:t>- CAP: _____________________ Comune: ____________________________________</w:t>
      </w:r>
    </w:p>
    <w:p>
      <w:r>
        <w:rPr>
          <w:b w:val="0"/>
          <w:sz w:val="20"/>
        </w:rPr>
        <w:t>- Provincia: 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Descrizione Intervento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Importo (€)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Lavori di manutenzione ordinaria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Lavori di manutenzione straordinaria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Altri interventi (specificare)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</w:t>
            </w:r>
          </w:p>
        </w:tc>
      </w:tr>
    </w:tbl>
    <w:p/>
    <w:p/>
    <w:p>
      <w:r>
        <w:rPr>
          <w:b w:val="0"/>
          <w:sz w:val="20"/>
        </w:rPr>
        <w:t>Ai fini dell’accesso alle detrazioni fiscali previste dalla normativa vigente, la presente dichiarazione viene resa e sottoscritta dall’Amministratore del Condominio,</w:t>
      </w:r>
    </w:p>
    <w:p>
      <w:r>
        <w:rPr>
          <w:b w:val="0"/>
          <w:sz w:val="20"/>
        </w:rPr>
        <w:t>che si assume ogni responsabilità in merito alla veridicità delle informazioni fornite e alla corretta esecuzione degli adempimenti previsti dalla legge.</w:t>
      </w:r>
    </w:p>
    <w:p/>
    <w:p/>
    <w:p>
      <w:r>
        <w:rPr>
          <w:b w:val="0"/>
          <w:sz w:val="20"/>
        </w:rPr>
        <w:t>Si allegano alla presente dichiarazione copia delle fatture, ricevute e bonifici relativi ai pagamenti effettuati.</w:t>
      </w:r>
    </w:p>
    <w:p/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Amministratore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https://esperto-dichiarazioni.com/fac-simile-dichiarazione-amministratore-condominio-per-detrazione-fiscale/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amministratore-condominio-per-detrazione-fisca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