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FAC SIMILE DICHIARAZIONE AGRICOLTORE ESONERATO</w:t>
      </w:r>
    </w:p>
    <w:p/>
    <w:p/>
    <w:p>
      <w:r>
        <w:rPr>
          <w:b/>
          <w:sz w:val="20"/>
        </w:rPr>
        <w:t>Il/La sottoscritto/a:</w:t>
      </w:r>
    </w:p>
    <w:p>
      <w:r>
        <w:rPr>
          <w:b w:val="0"/>
          <w:sz w:val="20"/>
        </w:rPr>
        <w:t>Nome e Cognome : ________________________________________________</w:t>
      </w:r>
    </w:p>
    <w:p>
      <w:r>
        <w:rPr>
          <w:b w:val="0"/>
          <w:sz w:val="20"/>
        </w:rPr>
        <w:t>Codice Fiscale : _________________________________________________</w:t>
      </w:r>
    </w:p>
    <w:p>
      <w:r>
        <w:rPr>
          <w:b w:val="0"/>
          <w:sz w:val="20"/>
        </w:rPr>
        <w:t>Residenza (indirizzo completo) : ___________________________________</w:t>
      </w:r>
    </w:p>
    <w:p>
      <w:r>
        <w:rPr>
          <w:b w:val="0"/>
          <w:sz w:val="20"/>
        </w:rPr>
        <w:t>Comune : _________________________ CAP : _________________________</w:t>
      </w:r>
    </w:p>
    <w:p>
      <w:r>
        <w:rPr>
          <w:b w:val="0"/>
          <w:sz w:val="20"/>
        </w:rPr>
        <w:t>Provincia : _______________</w:t>
      </w:r>
    </w:p>
    <w:p/>
    <w:p>
      <w:r>
        <w:rPr>
          <w:b w:val="0"/>
          <w:sz w:val="20"/>
        </w:rPr>
        <w:t>In qualità di agricoltore esercente attività agricola ai sensi dell’art. 2135 c.c.,</w:t>
      </w:r>
    </w:p>
    <w:p>
      <w:r>
        <w:rPr>
          <w:b w:val="0"/>
          <w:sz w:val="20"/>
        </w:rPr>
        <w:t>con riferimento all’azienda agricola ubicata in:</w:t>
      </w:r>
    </w:p>
    <w:p>
      <w:r>
        <w:rPr>
          <w:b w:val="0"/>
          <w:sz w:val="20"/>
        </w:rPr>
        <w:t>Indirizzo : _______________________________________________________</w:t>
      </w:r>
    </w:p>
    <w:p>
      <w:r>
        <w:rPr>
          <w:b w:val="0"/>
          <w:sz w:val="20"/>
        </w:rPr>
        <w:t>Comune : _________________________ CAP : _________________________</w:t>
      </w:r>
    </w:p>
    <w:p>
      <w:r>
        <w:rPr>
          <w:b w:val="0"/>
          <w:sz w:val="20"/>
        </w:rPr>
        <w:t>Provincia : _______________</w:t>
      </w:r>
    </w:p>
    <w:p/>
    <w:p>
      <w:r>
        <w:rPr>
          <w:b/>
          <w:sz w:val="20"/>
        </w:rPr>
        <w:t>DICHIARA</w:t>
      </w:r>
    </w:p>
    <w:p>
      <w:r>
        <w:rPr>
          <w:b w:val="0"/>
          <w:sz w:val="20"/>
        </w:rPr>
        <w:t>1. di essere titolare di azienda agricola ai sensi dell’art. 2135 del Codice Civile;</w:t>
      </w:r>
    </w:p>
    <w:p>
      <w:r>
        <w:rPr>
          <w:b w:val="0"/>
          <w:sz w:val="20"/>
        </w:rPr>
        <w:t>2. che l’attività agricola svolta è conforme ai requisiti di esclusione dall’obbligo di iscrizione</w:t>
      </w:r>
    </w:p>
    <w:p>
      <w:r>
        <w:rPr>
          <w:b w:val="0"/>
          <w:sz w:val="20"/>
        </w:rPr>
        <w:t xml:space="preserve">   all’INPS come lavoratore autonomo ai sensi dell’art. 1, comma 1, lettera a), del D.Lgs. 22 dicembre 2011, n. 216;</w:t>
      </w:r>
    </w:p>
    <w:p>
      <w:r>
        <w:rPr>
          <w:b w:val="0"/>
          <w:sz w:val="20"/>
        </w:rPr>
        <w:t>3. di essere esonerato dall’obbligo di iscrizione alla gestione previdenziale agricola in quanto:</w:t>
      </w:r>
    </w:p>
    <w:p>
      <w:r>
        <w:rPr>
          <w:b w:val="0"/>
          <w:sz w:val="20"/>
        </w:rPr>
        <w:t xml:space="preserve">   _________________________________________________________________</w:t>
      </w:r>
    </w:p>
    <w:p>
      <w:r>
        <w:rPr>
          <w:b w:val="0"/>
          <w:sz w:val="20"/>
        </w:rPr>
        <w:t xml:space="preserve">   (specificare motivo dell’esonero, ad es. regime di coltivatore diretto, esonero previsto dalla normativa vigente, ecc.)</w:t>
      </w:r>
    </w:p>
    <w:p/>
    <w:p>
      <w:r>
        <w:rPr>
          <w:b w:val="0"/>
          <w:sz w:val="20"/>
        </w:rPr>
        <w:t>La presente dichiarazione è resa ai sensi degli artt. 46 e 47 del D.P.R. 28 dicembre 2000, n. 445,</w:t>
      </w:r>
    </w:p>
    <w:p>
      <w:r>
        <w:rPr>
          <w:b w:val="0"/>
          <w:sz w:val="20"/>
        </w:rPr>
        <w:t>consapevole delle sanzioni penali previste in caso di dichiarazioni mendaci e formazione o uso di atti falsi,</w:t>
      </w:r>
    </w:p>
    <w:p>
      <w:r>
        <w:rPr>
          <w:b/>
          <w:sz w:val="20"/>
        </w:rPr>
        <w:t>nonché della decadenza dai benefici eventualmente conseguenti al provvedimento emanato sulla base della dichiarazione non veritiera.</w:t>
      </w:r>
    </w:p>
    <w:p/>
    <w:p>
      <w:r>
        <w:rPr>
          <w:b w:val="0"/>
          <w:sz w:val="20"/>
        </w:rPr>
        <w:t>Si impegna a comunicare tempestivamente ogni variazione che dovesse intervenire nei dati dichiarati.</w:t>
      </w:r>
    </w:p>
    <w:p/>
    <w:p/>
    <w:p>
      <w:r>
        <w:rPr>
          <w:b w:val="0"/>
          <w:sz w:val="20"/>
        </w:rPr>
        <w:t>Luogo : _____________________________________________________________</w:t>
      </w:r>
    </w:p>
    <w:p>
      <w:r>
        <w:rPr>
          <w:b w:val="0"/>
          <w:sz w:val="20"/>
        </w:rPr>
        <w:t>Firma del dichiarante : 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Dichiarante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Testimone (se richiesto)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https://esperto-dichiarazioni.com/fac-simile-dichiarazione-agricoltore-esonerato/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https://esperto-dichiarazioni.com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esperto-dichiarazioni.com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dichiarazioni.com/fac-simile-dichiarazione-agricoltore-esonerato/" TargetMode="External"/><Relationship Id="rId10" Type="http://schemas.openxmlformats.org/officeDocument/2006/relationships/hyperlink" Target="https://esperto-dichiarazion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