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DEL TERZO PIGNORATO</w:t>
      </w:r>
    </w:p>
    <w:p/>
    <w:p/>
    <w:p>
      <w:r>
        <w:rPr>
          <w:b w:val="0"/>
          <w:sz w:val="20"/>
        </w:rPr>
        <w:t>Il sottoscritto, terzo pignorato, consapevole delle responsabilità penali previste dall'art. 76 del D.P.R. n. 445/2000 per le dichiarazioni mendaci, dichiara quanto segue:</w:t>
      </w:r>
    </w:p>
    <w:p/>
    <w:p/>
    <w:p>
      <w:r>
        <w:rPr>
          <w:b/>
          <w:sz w:val="20"/>
        </w:rPr>
        <w:t>Dati del Terzo Pignorato:</w:t>
      </w:r>
    </w:p>
    <w:p>
      <w:r>
        <w:rPr>
          <w:b w:val="0"/>
          <w:sz w:val="20"/>
        </w:rPr>
        <w:t>Nome e Cognome / Ragione Sociale: ____________________________________________</w:t>
      </w:r>
    </w:p>
    <w:p>
      <w:r>
        <w:rPr>
          <w:b w:val="0"/>
          <w:sz w:val="20"/>
        </w:rPr>
        <w:t>Codice Fiscale / Partita IVA: ________________________________________________</w:t>
      </w:r>
    </w:p>
    <w:p>
      <w:r>
        <w:rPr>
          <w:b w:val="0"/>
          <w:sz w:val="20"/>
        </w:rPr>
        <w:t>Indirizzo / Sede Legale: ___________________________________________________</w:t>
      </w:r>
    </w:p>
    <w:p>
      <w:r>
        <w:rPr>
          <w:b w:val="0"/>
          <w:sz w:val="20"/>
        </w:rPr>
        <w:t>Telefono: 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/>
    <w:p>
      <w:r>
        <w:rPr>
          <w:b/>
          <w:sz w:val="20"/>
        </w:rPr>
        <w:t>Dati del Debitore:</w:t>
      </w:r>
    </w:p>
    <w:p>
      <w:r>
        <w:rPr>
          <w:b w:val="0"/>
          <w:sz w:val="20"/>
        </w:rPr>
        <w:t>Nome e Cognome / Ragione Sociale: ____________________________________________</w:t>
      </w:r>
    </w:p>
    <w:p>
      <w:r>
        <w:rPr>
          <w:b w:val="0"/>
          <w:sz w:val="20"/>
        </w:rPr>
        <w:t>Codice Fiscale / Partita IVA: ________________________________________________</w:t>
      </w:r>
    </w:p>
    <w:p>
      <w:r>
        <w:rPr>
          <w:b w:val="0"/>
          <w:sz w:val="20"/>
        </w:rPr>
        <w:t>Indirizzo / Sede Legale: ___________________________________________________</w:t>
      </w:r>
    </w:p>
    <w:p/>
    <w:p/>
    <w:p>
      <w:r>
        <w:rPr>
          <w:b/>
          <w:sz w:val="20"/>
        </w:rPr>
        <w:t>Riferimenti del procedimento esecutivo e del pignoramento:</w:t>
      </w:r>
    </w:p>
    <w:p>
      <w:r>
        <w:rPr>
          <w:b w:val="0"/>
          <w:sz w:val="20"/>
        </w:rPr>
        <w:t>Tribunale competente: _____________________________________________________</w:t>
      </w:r>
    </w:p>
    <w:p>
      <w:r>
        <w:rPr>
          <w:b w:val="0"/>
          <w:sz w:val="20"/>
        </w:rPr>
        <w:t>Numero di ruolo/esecuzione: ________________________________________________</w:t>
      </w:r>
    </w:p>
    <w:p>
      <w:r>
        <w:rPr>
          <w:b w:val="0"/>
          <w:sz w:val="20"/>
        </w:rPr>
        <w:t>Data del decreto di pignoramento: __________________________________________</w:t>
      </w:r>
    </w:p>
    <w:p/>
    <w:p/>
    <w:p>
      <w:r>
        <w:rPr>
          <w:b/>
          <w:sz w:val="20"/>
        </w:rPr>
        <w:t>Oggetto della dichiarazione:</w:t>
      </w:r>
    </w:p>
    <w:p>
      <w:r>
        <w:rPr>
          <w:b w:val="0"/>
          <w:sz w:val="20"/>
        </w:rPr>
        <w:t>Il sottoscritto dichiara che presso la propria disponibilità si trovano i seguenti beni o somme di denaro appartenenti al debitore sopra indicato, oggetto del pignoramento:</w:t>
      </w:r>
    </w:p>
    <w:p/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/>
          <w:sz w:val="20"/>
        </w:rPr>
        <w:t>Dichiara inoltre che (barrare la casella che interessa):</w:t>
      </w:r>
    </w:p>
    <w:p>
      <w:r>
        <w:rPr>
          <w:b w:val="0"/>
          <w:sz w:val="20"/>
        </w:rPr>
        <w:t>[  ] Non contesta il pignoramento eseguito.</w:t>
      </w:r>
    </w:p>
    <w:p>
      <w:r>
        <w:rPr>
          <w:b w:val="0"/>
          <w:sz w:val="20"/>
        </w:rPr>
        <w:t>[  ] Contesta il pignoramento per i seguenti motivi: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/>
          <w:sz w:val="20"/>
        </w:rPr>
        <w:t>Dichiara inoltre che (barrare la casella che interessa):</w:t>
      </w:r>
    </w:p>
    <w:p>
      <w:r>
        <w:rPr>
          <w:b w:val="0"/>
          <w:sz w:val="20"/>
        </w:rPr>
        <w:t>[  ] Non rivendica alcun credito o diritto sui beni o somme oggetto di pignoramento.</w:t>
      </w:r>
    </w:p>
    <w:p>
      <w:r>
        <w:rPr>
          <w:b w:val="0"/>
          <w:sz w:val="20"/>
        </w:rPr>
        <w:t>[  ] Rivendica il seguente credito o diritto sui beni o somme oggetto di pignoramento: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 w:val="0"/>
          <w:sz w:val="20"/>
        </w:rPr>
        <w:t>Il sottoscritto si impegna a custodire e a non alienare i beni o somme di cui sopra fino a diversa disposizione dell'Autorità Giudiziaria.</w:t>
      </w:r>
    </w:p>
    <w:p/>
    <w:p/>
    <w:p>
      <w:r>
        <w:rPr>
          <w:b/>
          <w:sz w:val="20"/>
        </w:rPr>
        <w:t>Avvertenze:</w:t>
      </w:r>
    </w:p>
    <w:p>
      <w:r>
        <w:rPr>
          <w:b w:val="0"/>
          <w:sz w:val="20"/>
        </w:rPr>
        <w:t>Ai sensi dell'art. 547 e seguenti del Codice di Procedura Civile, la presente dichiarazione deve essere resa dal terzo pignorato entro i termini stabiliti; in caso di mancata dichiarazione, il terzo sarà considerato contumace e potrà essere proceduto a decreto ingiuntivo.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Terzo Pignorato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/>
    <w:p>
      <w:r>
        <w:rPr>
          <w:b/>
          <w:sz w:val="20"/>
        </w:rPr>
        <w:t>Timbro (se necessario):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https://esperto-dichiarazioni.com/dichiarazione-terzo-pignorato-fac-simile/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terzo-pignorato-fac-simil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