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DEL PROFESSIONISTA INCARICATO</w:t>
      </w:r>
    </w:p>
    <w:p>
      <w:pPr>
        <w:jc w:val="center"/>
      </w:pPr>
      <w:r>
        <w:rPr>
          <w:b/>
          <w:sz w:val="20"/>
        </w:rPr>
        <w:t>Camera di Commercio Industria Artigianato e Agricoltura di Roma</w:t>
      </w:r>
    </w:p>
    <w:p/>
    <w:p/>
    <w:p>
      <w:r>
        <w:rPr>
          <w:b/>
          <w:sz w:val="20"/>
        </w:rPr>
        <w:t>Il sottoscritto/la sottoscritta, in qualità di professionista incaricato, dichiara sotto la propria responsabilità quanto segue:</w:t>
      </w:r>
    </w:p>
    <w:p/>
    <w:p>
      <w:r>
        <w:rPr>
          <w:b/>
          <w:sz w:val="20"/>
        </w:rPr>
        <w:t>Dati del Professionista Incaricato:</w:t>
      </w:r>
    </w:p>
    <w:p>
      <w:r>
        <w:rPr>
          <w:b w:val="0"/>
          <w:sz w:val="20"/>
        </w:rPr>
        <w:t>Nome e Cognome : 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</w:t>
      </w:r>
    </w:p>
    <w:p>
      <w:r>
        <w:rPr>
          <w:b w:val="0"/>
          <w:sz w:val="20"/>
        </w:rPr>
        <w:t>Partita IVA : _________________________________________________________________</w:t>
      </w:r>
    </w:p>
    <w:p>
      <w:r>
        <w:rPr>
          <w:b w:val="0"/>
          <w:sz w:val="20"/>
        </w:rPr>
        <w:t>Indirizzo Professionale : 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</w:t>
      </w:r>
    </w:p>
    <w:p/>
    <w:p>
      <w:r>
        <w:rPr>
          <w:b/>
          <w:sz w:val="20"/>
        </w:rPr>
        <w:t>Oggetto dell'incarico:</w:t>
      </w:r>
    </w:p>
    <w:p>
      <w:r>
        <w:rPr>
          <w:b w:val="0"/>
          <w:sz w:val="20"/>
        </w:rPr>
        <w:t>Il sottoscritto dichiara di essere stato incaricato per l'espletamento delle seguenti attività professionali riguardanti pratiche presso la Camera di Commercio di Roma, come da mandato ricevuto dal committente:</w:t>
      </w:r>
    </w:p>
    <w:p>
      <w:r>
        <w:rPr>
          <w:b w:val="0"/>
          <w:sz w:val="20"/>
        </w:rPr>
        <w:t>- _______________________________</w:t>
      </w:r>
    </w:p>
    <w:p>
      <w:r>
        <w:rPr>
          <w:b w:val="0"/>
          <w:sz w:val="20"/>
        </w:rPr>
        <w:t>- _______________________________</w:t>
      </w:r>
    </w:p>
    <w:p>
      <w:r>
        <w:rPr>
          <w:b w:val="0"/>
          <w:sz w:val="20"/>
        </w:rPr>
        <w:t>- _______________________________</w:t>
      </w:r>
    </w:p>
    <w:p/>
    <w:p>
      <w:r>
        <w:rPr>
          <w:b/>
          <w:sz w:val="20"/>
        </w:rPr>
        <w:t>Dichiarazioni ai sensi della normativa vigente:</w:t>
      </w:r>
    </w:p>
    <w:p>
      <w:r>
        <w:rPr>
          <w:b w:val="0"/>
          <w:sz w:val="20"/>
        </w:rPr>
        <w:t>1. Il sottoscritto è iscritto all'Albo/Registro professionale di appartenenza e possiede i requisiti di professionalità richiesti per l'incarico assunto.</w:t>
      </w:r>
    </w:p>
    <w:p>
      <w:r>
        <w:rPr>
          <w:b w:val="0"/>
          <w:sz w:val="20"/>
        </w:rPr>
        <w:t>2. Il professionista si impegna a svolgere l’incarico con diligenza, rispetto delle normative applicabili e nel rispetto del codice deontologico di categoria.</w:t>
      </w:r>
    </w:p>
    <w:p>
      <w:r>
        <w:rPr>
          <w:b w:val="0"/>
          <w:sz w:val="20"/>
        </w:rPr>
        <w:t>3. Il professionista garantisce la riservatezza sulle informazioni acquisite durante lo svolgimento dell’incarico.</w:t>
      </w:r>
    </w:p>
    <w:p>
      <w:r>
        <w:rPr>
          <w:b w:val="0"/>
          <w:sz w:val="20"/>
        </w:rPr>
        <w:t>4. Il sottoscritto assume ogni responsabilità professionale e civile derivante dallo svolgimento dell’incarico conferito.</w:t>
      </w:r>
    </w:p>
    <w:p>
      <w:r>
        <w:rPr>
          <w:b w:val="0"/>
          <w:sz w:val="20"/>
        </w:rPr>
        <w:t>5. Il professionista dichiara di non trovarsi in alcuna situazione di conflitto di interessi che possa pregiudicare l'espletamento dell'incarico.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La presente dichiarazione è resa ai sensi e per gli effetti degli artt. 46 e 47 del D.P.R. 28 dicembre 2000, n. 445 e successive modifiche e integrazioni, nonché del Regolamento della Camera di Commercio di Roma in materia di incarichi professionali.</w:t>
      </w:r>
    </w:p>
    <w:p/>
    <w:p/>
    <w:p>
      <w:r>
        <w:rPr>
          <w:b w:val="0"/>
          <w:sz w:val="20"/>
        </w:rPr>
        <w:t>Luogo : _____________________________________________________________</w:t>
      </w:r>
    </w:p>
    <w:p>
      <w:r>
        <w:rPr>
          <w:b/>
          <w:sz w:val="20"/>
        </w:rPr>
        <w:t>Firma del Professionista Incaricato :</w:t>
      </w:r>
    </w:p>
    <w:p>
      <w:r>
        <w:rPr>
          <w:b w:val="0"/>
          <w:sz w:val="20"/>
        </w:rPr>
        <w:br/>
        <w:br/>
        <w:t>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PROFESSIONISTA INCARICATO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https://esperto-dichiarazioni.com/dichiarazione-professionista-incaricato-cciaa-roma/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professionista-incaricato-cciaa-rom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