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DICHIARAZIONE DI PERVENUTA</w:t>
      </w:r>
    </w:p>
    <w:p/>
    <w:p/>
    <w:p>
      <w:r>
        <w:rPr>
          <w:b/>
          <w:sz w:val="20"/>
        </w:rPr>
        <w:t>Il sottoscritto/a:</w:t>
      </w:r>
    </w:p>
    <w:p>
      <w:r>
        <w:rPr>
          <w:b w:val="0"/>
          <w:sz w:val="20"/>
        </w:rPr>
        <w:t>Nome e Cognome: ______________________________________________________</w:t>
      </w:r>
    </w:p>
    <w:p>
      <w:r>
        <w:rPr>
          <w:b w:val="0"/>
          <w:sz w:val="20"/>
        </w:rPr>
        <w:t>Codice Fiscale: _______________________________________________________</w:t>
      </w:r>
    </w:p>
    <w:p>
      <w:r>
        <w:rPr>
          <w:b w:val="0"/>
          <w:sz w:val="20"/>
        </w:rPr>
        <w:t>Residenza: ____________________________________________________________</w:t>
      </w:r>
    </w:p>
    <w:p>
      <w:r>
        <w:rPr>
          <w:b w:val="0"/>
          <w:sz w:val="20"/>
        </w:rPr>
        <w:t>In qualità di destinatario della presente dichiarazione,</w:t>
      </w:r>
    </w:p>
    <w:p/>
    <w:p>
      <w:r>
        <w:rPr>
          <w:b/>
          <w:sz w:val="20"/>
        </w:rPr>
        <w:t>DICHIARA</w:t>
      </w:r>
    </w:p>
    <w:p>
      <w:r>
        <w:rPr>
          <w:b/>
          <w:sz w:val="20"/>
        </w:rPr>
        <w:t>di aver ricevuto in data odierna la seguente documentazione e/o comunicazione: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</w:t>
      </w:r>
    </w:p>
    <w:p/>
    <w:p>
      <w:r>
        <w:rPr>
          <w:b/>
          <w:sz w:val="20"/>
        </w:rPr>
        <w:t>Dettaglio documentazione:</w:t>
      </w:r>
    </w:p>
    <w:p>
      <w:r>
        <w:rPr>
          <w:b w:val="0"/>
          <w:sz w:val="20"/>
        </w:rPr>
        <w:t>- Documento n. ____________</w:t>
      </w:r>
    </w:p>
    <w:p>
      <w:r>
        <w:rPr>
          <w:b w:val="0"/>
          <w:sz w:val="20"/>
        </w:rPr>
        <w:t>- Oggetto: _____________________________________________________________</w:t>
      </w:r>
    </w:p>
    <w:p>
      <w:r>
        <w:rPr>
          <w:b w:val="0"/>
          <w:sz w:val="20"/>
        </w:rPr>
        <w:t>- Mittente: ____________________________________________________________</w:t>
      </w:r>
    </w:p>
    <w:p>
      <w:r>
        <w:rPr>
          <w:b w:val="0"/>
          <w:sz w:val="20"/>
        </w:rPr>
        <w:t>- Modalità di ricezione: _______________________________________________</w:t>
      </w:r>
    </w:p>
    <w:p/>
    <w:p>
      <w:r>
        <w:rPr>
          <w:b w:val="0"/>
          <w:sz w:val="20"/>
        </w:rPr>
        <w:t>Il sottoscritto dichiara altresì di essere stato informato/a che la presente dichiarazione ha valore legale ai sensi dell’art. 2702 c.c.,</w:t>
      </w:r>
    </w:p>
    <w:p>
      <w:r>
        <w:rPr>
          <w:b w:val="0"/>
          <w:sz w:val="20"/>
        </w:rPr>
        <w:t>e che ogni eventuale contestazione relativa all’avvenuta ricezione dovrà fare riferimento a quanto qui sopra riportato.</w:t>
      </w:r>
    </w:p>
    <w:p/>
    <w:p>
      <w:r>
        <w:rPr>
          <w:b w:val="0"/>
          <w:sz w:val="20"/>
        </w:rPr>
        <w:t>Si impegna infine a conservare copia della documentazione ricevuta e a fornire tempestiva comunicazione in caso di eventuali inesattezze o mancanze rilevate.</w:t>
      </w:r>
    </w:p>
    <w:p/>
    <w:p/>
    <w:p>
      <w:r>
        <w:rPr>
          <w:b w:val="0"/>
          <w:sz w:val="20"/>
        </w:rPr>
        <w:t>Luogo: _________________________________________________________________</w:t>
      </w:r>
    </w:p>
    <w:p>
      <w:r>
        <w:rPr>
          <w:b w:val="0"/>
          <w:sz w:val="20"/>
        </w:rPr>
        <w:t>Firma del dichiarante: __________________________________________________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Dichiarante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Testimone (se richiesto)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____________________________</w:t>
            </w:r>
          </w:p>
        </w:tc>
      </w:tr>
    </w:tbl>
    <w:p/>
    <w:p/>
    <w:p>
      <w:r>
        <w:rPr>
          <w:b/>
          <w:sz w:val="20"/>
        </w:rPr>
        <w:t>La presente dichiarazione è redatta ai sensi e per gli effetti degli articoli 2702 e 2703 del Codice Civile italiano.</w:t>
      </w:r>
    </w:p>
    <w:p>
      <w:r>
        <w:rPr>
          <w:b/>
          <w:sz w:val="20"/>
        </w:rPr>
        <w:t>La falsità in atti e la dichiarazione mendace sono punite ai sensi degli articoli 483, 485 e 496 del Codice Penale.</w:t>
      </w:r>
    </w:p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https://esperto-dichiarazioni.com/dichiarazione-pervenuta/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https://esperto-dichiarazioni.com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esperto-dichiarazioni.com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sperto-dichiarazioni.com/dichiarazione-pervenuta/" TargetMode="External"/><Relationship Id="rId10" Type="http://schemas.openxmlformats.org/officeDocument/2006/relationships/hyperlink" Target="https://esperto-dichiarazioni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