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NO CIRCOLATO GENIALCLICK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Residenza : _________________________________________________________</w:t>
      </w:r>
    </w:p>
    <w:p>
      <w:r>
        <w:rPr>
          <w:b w:val="0"/>
          <w:sz w:val="20"/>
        </w:rPr>
        <w:t>Indirizzo e Numero Civico : __________________________________________</w:t>
      </w:r>
    </w:p>
    <w:p>
      <w:r>
        <w:rPr>
          <w:b w:val="0"/>
          <w:sz w:val="20"/>
        </w:rPr>
        <w:t>CAP : _______________     Comune : _________________________________</w:t>
      </w:r>
    </w:p>
    <w:p>
      <w:r>
        <w:rPr>
          <w:b w:val="0"/>
          <w:sz w:val="20"/>
        </w:rPr>
        <w:t>Provincia : _______________</w:t>
      </w:r>
    </w:p>
    <w:p/>
    <w:p>
      <w:r>
        <w:rPr>
          <w:b/>
          <w:sz w:val="20"/>
        </w:rPr>
        <w:t>Consapevole delle sanzioni penali previste in caso di dichiarazioni mendaci, ai sensi degli artt. 75 e 76 del D.P.R. 28 dicembre 2000, n. 445,</w:t>
      </w:r>
    </w:p>
    <w:p>
      <w:r>
        <w:rPr>
          <w:b/>
          <w:sz w:val="20"/>
        </w:rPr>
        <w:t>DICHIARA sotto la propria responsabilità che il veicolo di seguito descritto non è mai stato immatricolato né circolato su strada pubblica:</w:t>
      </w:r>
    </w:p>
    <w:p/>
    <w:p>
      <w:r>
        <w:rPr>
          <w:b w:val="0"/>
          <w:sz w:val="20"/>
        </w:rPr>
        <w:t>Marca : ________________________________________________________________</w:t>
      </w:r>
    </w:p>
    <w:p>
      <w:r>
        <w:rPr>
          <w:b w:val="0"/>
          <w:sz w:val="20"/>
        </w:rPr>
        <w:t>Modello : ______________________________________________________________</w:t>
      </w:r>
    </w:p>
    <w:p>
      <w:r>
        <w:rPr>
          <w:b w:val="0"/>
          <w:sz w:val="20"/>
        </w:rPr>
        <w:t>Tipo : _________________________________________________________________</w:t>
      </w:r>
    </w:p>
    <w:p>
      <w:r>
        <w:rPr>
          <w:b w:val="0"/>
          <w:sz w:val="20"/>
        </w:rPr>
        <w:t>Numero di telaio (VIN) : ________________________________________________</w:t>
      </w:r>
    </w:p>
    <w:p>
      <w:r>
        <w:rPr>
          <w:b w:val="0"/>
          <w:sz w:val="20"/>
        </w:rPr>
        <w:t>Colore : _______________________________________________________________</w:t>
      </w:r>
    </w:p>
    <w:p>
      <w:r>
        <w:rPr>
          <w:b w:val="0"/>
          <w:sz w:val="20"/>
        </w:rPr>
        <w:t>Potenza (KW) : _________________________________________________________</w:t>
      </w:r>
    </w:p>
    <w:p>
      <w:r>
        <w:rPr>
          <w:b w:val="0"/>
          <w:sz w:val="20"/>
        </w:rPr>
        <w:t>Cilindrata (cc) : ______________________________________________________</w:t>
      </w:r>
    </w:p>
    <w:p>
      <w:r>
        <w:rPr>
          <w:b w:val="0"/>
          <w:sz w:val="20"/>
        </w:rPr>
        <w:t>Categoria veicolo : ____________________________________________________</w:t>
      </w:r>
    </w:p>
    <w:p/>
    <w:p>
      <w:r>
        <w:rPr>
          <w:b/>
          <w:sz w:val="20"/>
        </w:rPr>
        <w:t>Il veicolo sopra descritto è stato acquistato per finalità diverse dalla circolazione su strada pubblica, quali: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Si impegna a comunicare tempestivamente qualsiasi variazione relativa allo stato di circolazione del veicolo.</w:t>
      </w:r>
    </w:p>
    <w:p/>
    <w:p>
      <w:r>
        <w:rPr>
          <w:b/>
          <w:sz w:val="20"/>
        </w:rPr>
        <w:t>La presente dichiarazione è resa ai fini della registrazione e dell'utilizzo esclusivo del veicolo nell'ambito della piattaforma Genialclick,</w:t>
      </w:r>
    </w:p>
    <w:p>
      <w:r>
        <w:rPr>
          <w:b/>
          <w:sz w:val="20"/>
        </w:rPr>
        <w:t>in conformità alle normative vigenti in materia e alle condizioni previste dal servizio.</w:t>
      </w:r>
    </w:p>
    <w:p/>
    <w:p/>
    <w:p>
      <w:r>
        <w:rPr>
          <w:b/>
          <w:sz w:val="20"/>
        </w:rPr>
        <w:t>AVVERTENZE E RESPONSABILITÀ</w:t>
      </w:r>
    </w:p>
    <w:p>
      <w:r>
        <w:rPr>
          <w:b w:val="0"/>
          <w:sz w:val="20"/>
        </w:rPr>
        <w:t>1. La presente dichiarazione sostituisce ogni altra certificazione precedentemente rilasciata e ha validità fino a revoca scritta o variazione dei dati dichiarati.</w:t>
      </w:r>
    </w:p>
    <w:p>
      <w:r>
        <w:rPr>
          <w:b w:val="0"/>
          <w:sz w:val="20"/>
        </w:rPr>
        <w:t>2. Il sottoscritto è consapevole che, in caso di dichiarazioni false o mendaci, saranno applicate le sanzioni penali previste dalla legge italiana e l'esclusione dal servizio Genialclick.</w:t>
      </w:r>
    </w:p>
    <w:p>
      <w:r>
        <w:rPr>
          <w:b w:val="0"/>
          <w:sz w:val="20"/>
        </w:rPr>
        <w:t>3. La presente dichiarazione non sostituisce in alcun modo le certificazioni o autorizzazioni previste dalla normativa vigente per la circolazione su strada pubblica.</w:t>
      </w:r>
    </w:p>
    <w:p>
      <w:r>
        <w:rPr>
          <w:b w:val="0"/>
          <w:sz w:val="20"/>
        </w:rPr>
        <w:t>4. Il sottoscritto autorizza il trattamento dei dati personali ai sensi del Regolamento UE 2016/679 (GDPR) esclusivamente per le finalità connesse al presente documento.</w:t>
      </w:r>
    </w:p>
    <w:p/>
    <w:p/>
    <w:p>
      <w:r>
        <w:rPr>
          <w:b w:val="0"/>
          <w:sz w:val="20"/>
        </w:rPr>
        <w:t>Luogo : ________________________________________________________________</w:t>
      </w:r>
    </w:p>
    <w:p>
      <w:r>
        <w:rPr>
          <w:b w:val="0"/>
          <w:sz w:val="20"/>
        </w:rPr>
        <w:t>Firma del dichiarante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GENIALCLICK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https://esperto-dichiarazioni.com/dichiarazione-no-circolato-genialclick/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no-circolato-genialclick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