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DICHIARAZIONE NEGATIVA DEL TERZO PIGNORATO</w:t>
      </w:r>
    </w:p>
    <w:p/>
    <w:p/>
    <w:p>
      <w:r>
        <w:rPr>
          <w:b w:val="0"/>
          <w:sz w:val="20"/>
        </w:rPr>
        <w:t>Il sottoscritto, nato a ____________________, residente in ____________________, via ____________________, codice fiscale ____________________,</w:t>
      </w:r>
    </w:p>
    <w:p>
      <w:r>
        <w:rPr>
          <w:b w:val="0"/>
          <w:sz w:val="20"/>
        </w:rPr>
        <w:t>in qualità di terzo pignorato ai sensi dell'art. 547 c.p.c.,</w:t>
      </w:r>
    </w:p>
    <w:p/>
    <w:p>
      <w:r>
        <w:rPr>
          <w:b/>
          <w:sz w:val="20"/>
        </w:rPr>
        <w:t>DICHIARA</w:t>
      </w:r>
    </w:p>
    <w:p/>
    <w:p>
      <w:r>
        <w:rPr>
          <w:b w:val="0"/>
          <w:sz w:val="20"/>
        </w:rPr>
        <w:t>1) di non avere nella propria disponibilità, né direttamente né per interposta persona, beni mobili o immobili, somme di denaro, crediti, titoli o altre utilità appartenenti al debitore pignorato, sig. ____________________, codice fiscale ____________________, residente in ____________________, via ____________________, oggetto del procedimento esecutivo n. _________ presso il Tribunale di ____________________;</w:t>
      </w:r>
    </w:p>
    <w:p/>
    <w:p>
      <w:r>
        <w:rPr>
          <w:b w:val="0"/>
          <w:sz w:val="20"/>
        </w:rPr>
        <w:t>2) di non aver compiuto, né di essere a conoscenza che siano stati compiuti, atti di disposizione o trasferimento di beni o diritti appartenenti al debitore pignorato che possano pregiudicare il diritto del creditore procedente;</w:t>
      </w:r>
    </w:p>
    <w:p/>
    <w:p>
      <w:r>
        <w:rPr>
          <w:b w:val="0"/>
          <w:sz w:val="20"/>
        </w:rPr>
        <w:t>3) di essere consapevole delle conseguenze penali previste dall'art. 483 c.p. per le dichiarazioni mendaci rese in atti pubblici o scritture private aventi efficacia probatoria, ai sensi dell'art. 76 del D.P.R. 445/2000.</w:t>
      </w:r>
    </w:p>
    <w:p/>
    <w:p/>
    <w:p>
      <w:r>
        <w:rPr>
          <w:b w:val="0"/>
          <w:sz w:val="20"/>
        </w:rPr>
        <w:t>Il sottoscritto si impegna altresì a comunicare tempestivamente ogni variazione relativa alla propria situazione patrimoniale o alla disponibilità di beni appartenenti al debitore pignorato, ai sensi della normativa vigente.</w:t>
      </w:r>
    </w:p>
    <w:p/>
    <w:p/>
    <w:p>
      <w:r>
        <w:rPr>
          <w:b w:val="0"/>
          <w:sz w:val="20"/>
        </w:rPr>
        <w:t>Luogo: _____________________________</w:t>
      </w:r>
    </w:p>
    <w:p>
      <w:r>
        <w:rPr>
          <w:b w:val="0"/>
          <w:sz w:val="20"/>
        </w:rPr>
        <w:t>Firma del Terzo Pignorato:</w:t>
      </w:r>
    </w:p>
    <w:p>
      <w:r>
        <w:rPr>
          <w:b w:val="0"/>
          <w:sz w:val="20"/>
        </w:rPr>
        <w:t>____________________________________</w:t>
      </w:r>
    </w:p>
    <w:p/>
    <w:p/>
    <w:p>
      <w:r>
        <w:rPr>
          <w:b/>
          <w:sz w:val="20"/>
        </w:rPr>
        <w:t>Testimoni:</w:t>
      </w:r>
    </w:p>
    <w:p>
      <w:r>
        <w:rPr>
          <w:b w:val="0"/>
          <w:sz w:val="20"/>
        </w:rPr>
        <w:t>1) Nome e Cognome: ____________________________  Firma: ____________________________</w:t>
      </w:r>
    </w:p>
    <w:p>
      <w:r>
        <w:rPr>
          <w:b w:val="0"/>
          <w:sz w:val="20"/>
        </w:rPr>
        <w:t>2) Nome e Cognome: ____________________________  Firma: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DICHIARANTE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TESTIMONE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Firma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https://esperto-dichiarazioni.com/dichiarazione-negativa-del-terzo-pignorato-fac-simile/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https://esperto-dichiarazioni.com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esperto-dichiarazioni.com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dichiarazioni.com/dichiarazione-negativa-del-terzo-pignorato-fac-simile/" TargetMode="External"/><Relationship Id="rId10" Type="http://schemas.openxmlformats.org/officeDocument/2006/relationships/hyperlink" Target="https://esperto-dichiarazio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