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DICHIARAZIONE DI MANCATA ISCRIZIONE A RUOLO</w:t>
      </w:r>
    </w:p>
    <w:p>
      <w:pPr>
        <w:jc w:val="center"/>
      </w:pPr>
      <w:r>
        <w:rPr>
          <w:b/>
          <w:sz w:val="20"/>
        </w:rPr>
        <w:t>IN ORDINE AL PIGNORAMENTO PRESSO TERZI</w:t>
      </w:r>
    </w:p>
    <w:p/>
    <w:p/>
    <w:p>
      <w:r>
        <w:rPr>
          <w:b/>
          <w:sz w:val="20"/>
        </w:rPr>
        <w:t>Il/La sottoscritto/a :</w:t>
      </w:r>
    </w:p>
    <w:p>
      <w:r>
        <w:rPr>
          <w:b w:val="0"/>
          <w:sz w:val="20"/>
        </w:rPr>
        <w:t>Nome e Cognome : _______________________________________________</w:t>
      </w:r>
    </w:p>
    <w:p>
      <w:r>
        <w:rPr>
          <w:b w:val="0"/>
          <w:sz w:val="20"/>
        </w:rPr>
        <w:t>Codice Fiscale : ________________________________________________</w:t>
      </w:r>
    </w:p>
    <w:p>
      <w:r>
        <w:rPr>
          <w:b w:val="0"/>
          <w:sz w:val="20"/>
        </w:rPr>
        <w:t>Residenza/Domicilio : ___________________________________________</w:t>
      </w:r>
    </w:p>
    <w:p>
      <w:r>
        <w:rPr>
          <w:b w:val="0"/>
          <w:sz w:val="20"/>
        </w:rPr>
        <w:t>Via/Piazza : ____________________________________________________</w:t>
      </w:r>
    </w:p>
    <w:p>
      <w:r>
        <w:rPr>
          <w:b w:val="0"/>
          <w:sz w:val="20"/>
        </w:rPr>
        <w:t>Città : _________________________________________________________</w:t>
      </w:r>
    </w:p>
    <w:p/>
    <w:p>
      <w:r>
        <w:rPr>
          <w:b/>
          <w:sz w:val="20"/>
        </w:rPr>
        <w:t>In qualità di :</w:t>
      </w:r>
    </w:p>
    <w:p>
      <w:r>
        <w:rPr>
          <w:b w:val="0"/>
          <w:sz w:val="20"/>
        </w:rPr>
        <w:t>_________________________________________________________________</w:t>
      </w:r>
    </w:p>
    <w:p/>
    <w:p>
      <w:pPr>
        <w:jc w:val="center"/>
      </w:pPr>
      <w:r>
        <w:rPr>
          <w:b/>
          <w:sz w:val="20"/>
        </w:rPr>
        <w:t>DICHIARA</w:t>
      </w:r>
    </w:p>
    <w:p/>
    <w:p>
      <w:r>
        <w:rPr>
          <w:b w:val="0"/>
          <w:sz w:val="20"/>
        </w:rPr>
        <w:t>che, in relazione al procedimento esecutivo n. ______________ pendente presso il Tribunale di ________________, non è stata effettuata l'iscrizione a ruolo del pignoramento presso terzi ai sensi dell'art. 546 e seguenti del Codice di Procedura Civile.</w:t>
      </w:r>
    </w:p>
    <w:p/>
    <w:p>
      <w:r>
        <w:rPr>
          <w:b w:val="0"/>
          <w:sz w:val="20"/>
        </w:rPr>
        <w:t>Che il pignoramento presso terzi, ai sensi dell'art. 543 c.p.c., è stato notificato a :</w:t>
      </w:r>
    </w:p>
    <w:p>
      <w:r>
        <w:rPr>
          <w:b w:val="0"/>
          <w:sz w:val="20"/>
        </w:rPr>
        <w:t>Nome / Ragione Sociale del terzo pignorato : _________________________________</w:t>
      </w:r>
    </w:p>
    <w:p>
      <w:r>
        <w:rPr>
          <w:b w:val="0"/>
          <w:sz w:val="20"/>
        </w:rPr>
        <w:t>Indirizzo : ______________________________________________________________</w:t>
      </w:r>
    </w:p>
    <w:p/>
    <w:p>
      <w:r>
        <w:rPr>
          <w:b w:val="0"/>
          <w:sz w:val="20"/>
        </w:rPr>
        <w:t>Si dichiara inoltre che, allo stato attuale, non risultano iscrizioni a ruolo o altri atti formali relativi al pignoramento presso terzi sopra indicato.</w:t>
      </w:r>
    </w:p>
    <w:p/>
    <w:p>
      <w:r>
        <w:rPr>
          <w:b w:val="0"/>
          <w:sz w:val="20"/>
        </w:rPr>
        <w:t>La presente dichiarazione viene resa ai fini della regolarità del procedimento esecutivo e per gli effetti di legge.</w:t>
      </w:r>
    </w:p>
    <w:p/>
    <w:p/>
    <w:p>
      <w:r>
        <w:rPr>
          <w:b w:val="0"/>
          <w:sz w:val="20"/>
        </w:rPr>
        <w:t>Il/la sottoscritto/a si impegna a comunicare tempestivamente eventuali variazioni o iscrizioni successive relative al pignoramento presso terzi.</w:t>
      </w:r>
    </w:p>
    <w:p/>
    <w:p>
      <w:r>
        <w:rPr>
          <w:b w:val="0"/>
          <w:sz w:val="20"/>
        </w:rPr>
        <w:t>Consapevole delle responsabilità penali previste dall'art. 76 del D.P.R. 28 dicembre 2000, n. 445 per le dichiarazioni mendaci, e delle sanzioni civili e amministrative in caso di dichiarazioni false o incomplete, ai sensi degli artt. 75 e 76 del medesimo decreto.</w:t>
      </w:r>
    </w:p>
    <w:p/>
    <w:p/>
    <w:p>
      <w:r>
        <w:rPr>
          <w:b w:val="0"/>
          <w:sz w:val="20"/>
        </w:rPr>
        <w:t>Luogo : __________________________________________</w:t>
      </w:r>
    </w:p>
    <w:p>
      <w:r>
        <w:rPr>
          <w:b w:val="0"/>
          <w:sz w:val="20"/>
        </w:rPr>
        <w:t>Data : ___________________________________________</w:t>
      </w:r>
    </w:p>
    <w:p/>
    <w:p/>
    <w:p>
      <w:pPr>
        <w:jc w:val="center"/>
      </w:pPr>
      <w:r>
        <w:rPr>
          <w:b w:val="0"/>
          <w:sz w:val="20"/>
        </w:rPr>
        <w:t>Firma del dichiarante : 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Dichiarante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Testimone (se presente)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https://esperto-dichiarazioni.com/dichiarazione-mancata-iscrizione-a-ruolo-pignoramento-presso-terzi-fac-simile/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https://esperto-dichiarazioni.com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esperto-dichiarazioni.com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chiarazioni.com/dichiarazione-mancata-iscrizione-a-ruolo-pignoramento-presso-terzi-fac-simile/" TargetMode="External"/><Relationship Id="rId10" Type="http://schemas.openxmlformats.org/officeDocument/2006/relationships/hyperlink" Target="https://esperto-dichiarazio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