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WASHINGTON UPS</w:t>
      </w:r>
    </w:p>
    <w:p/>
    <w:p/>
    <w:p>
      <w:r>
        <w:rPr>
          <w:b/>
          <w:sz w:val="20"/>
        </w:rPr>
        <w:t>Premesso che:</w:t>
      </w:r>
    </w:p>
    <w:p>
      <w:r>
        <w:rPr>
          <w:b w:val="0"/>
          <w:sz w:val="20"/>
        </w:rPr>
        <w:t>a) La presente dichiarazione è resa ai sensi delle normative vigenti in materia doganale e fiscale, in particolare per l'esportazione e importazione di merci tramite il servizio UPS;</w:t>
      </w:r>
    </w:p>
    <w:p>
      <w:r>
        <w:rPr>
          <w:b w:val="0"/>
          <w:sz w:val="20"/>
        </w:rPr>
        <w:t>b) Il dichiarante è consapevole delle responsabilità penali previste in caso di dichiarazioni mendaci o di dati falsi, ai sensi dell'art. 76 del D.P.R. 445/2000;</w:t>
      </w:r>
    </w:p>
    <w:p/>
    <w:p>
      <w:r>
        <w:rPr>
          <w:b/>
          <w:sz w:val="20"/>
        </w:rPr>
        <w:t>Dati del Dichiarante:</w:t>
      </w:r>
    </w:p>
    <w:p>
      <w:r>
        <w:rPr>
          <w:b w:val="0"/>
          <w:sz w:val="20"/>
        </w:rPr>
        <w:t>Nome e Cognome / Ragione Sociale : ________________________________________________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___________________________________________________</w:t>
      </w:r>
    </w:p>
    <w:p>
      <w:r>
        <w:rPr>
          <w:b w:val="0"/>
          <w:sz w:val="20"/>
        </w:rPr>
        <w:t>Indirizzo : ____________________________________________________________________</w:t>
      </w:r>
    </w:p>
    <w:p>
      <w:r>
        <w:rPr>
          <w:b w:val="0"/>
          <w:sz w:val="20"/>
        </w:rPr>
        <w:t>Città : ____________________________________ CAP : _______________________________</w:t>
      </w:r>
    </w:p>
    <w:p>
      <w:r>
        <w:rPr>
          <w:b w:val="0"/>
          <w:sz w:val="20"/>
        </w:rPr>
        <w:t>Telefono : ________________________________ Email : ______________________________</w:t>
      </w:r>
    </w:p>
    <w:p/>
    <w:p>
      <w:r>
        <w:rPr>
          <w:b/>
          <w:sz w:val="20"/>
        </w:rPr>
        <w:t>Oggetto della Dichiarazione:</w:t>
      </w:r>
    </w:p>
    <w:p>
      <w:r>
        <w:rPr>
          <w:b w:val="0"/>
          <w:sz w:val="20"/>
        </w:rPr>
        <w:t>Il sottoscritto dichiara che le merci spedite tramite UPS con riferimento alla spedizione n. ____________, corrispondono esattamente alla descrizione riportata nella documentazione commerciale e doganale allegata, e che sono conformi a tutte le normative italiane ed europee in materia di importazione ed esportazione.</w:t>
      </w:r>
    </w:p>
    <w:p/>
    <w:p>
      <w:r>
        <w:rPr>
          <w:b/>
          <w:sz w:val="20"/>
        </w:rPr>
        <w:t>Dichiara inoltre:</w:t>
      </w:r>
    </w:p>
    <w:p>
      <w:r>
        <w:rPr>
          <w:b w:val="0"/>
          <w:sz w:val="20"/>
        </w:rPr>
        <w:t>1. Che le merci non sono soggette a restrizioni, divieti o particolari autorizzazioni doganali.</w:t>
      </w:r>
    </w:p>
    <w:p>
      <w:r>
        <w:rPr>
          <w:b w:val="0"/>
          <w:sz w:val="20"/>
        </w:rPr>
        <w:t>2. Che i dati relativi a peso, valore e natura delle merci forniti sono veritieri e corretti.</w:t>
      </w:r>
    </w:p>
    <w:p>
      <w:r>
        <w:rPr>
          <w:b w:val="0"/>
          <w:sz w:val="20"/>
        </w:rPr>
        <w:t>3. Che ogni documento fornito è autentico e completo.</w:t>
      </w:r>
    </w:p>
    <w:p>
      <w:r>
        <w:rPr>
          <w:b w:val="0"/>
          <w:sz w:val="20"/>
        </w:rPr>
        <w:t>4. Di essere a conoscenza delle sanzioni penali e amministrative previste per false dichiarazioni o omissioni rilevanti.</w:t>
      </w:r>
    </w:p>
    <w:p/>
    <w:p>
      <w:r>
        <w:rPr>
          <w:b/>
          <w:sz w:val="20"/>
        </w:rPr>
        <w:t>Responsabilità del Dichiarante:</w:t>
      </w:r>
    </w:p>
    <w:p>
      <w:r>
        <w:rPr>
          <w:b w:val="0"/>
          <w:sz w:val="20"/>
        </w:rPr>
        <w:t>Il dichiarante assume ogni responsabilità in ordine alla veridicità e completezza delle informazioni fornite, sollevando UPS da ogni conseguenza derivante da dichiarazioni false o incomplete.</w:t>
      </w:r>
    </w:p>
    <w:p/>
    <w:p>
      <w:r>
        <w:rPr>
          <w:b/>
          <w:sz w:val="20"/>
        </w:rPr>
        <w:t>Legge applicabile e Foro competente:</w:t>
      </w:r>
    </w:p>
    <w:p>
      <w:r>
        <w:rPr>
          <w:b w:val="0"/>
          <w:sz w:val="20"/>
        </w:rPr>
        <w:t>La presente dichiarazione è regolata dalla legge italiana. Per ogni controversia relativa alla validità, interpretazione ed esecuzione della presente dichiarazione, è competente in via esclusiva il Foro di _____________.</w:t>
      </w:r>
    </w:p>
    <w:p/>
    <w:p/>
    <w:p>
      <w:r>
        <w:rPr>
          <w:b w:val="0"/>
          <w:sz w:val="20"/>
        </w:rPr>
        <w:t>Luogo : _________________________________________________________</w:t>
      </w:r>
    </w:p>
    <w:p>
      <w:r>
        <w:rPr>
          <w:b w:val="0"/>
          <w:sz w:val="20"/>
        </w:rPr>
        <w:t>Firma del Dichiarante 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 (facoltativo)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https://esperto-dichiarazioni.com/dichiarazione-di-washington-ups/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di-washington-ups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