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DI MANCATA CIRCOLAZIONE MOTO</w:t>
      </w:r>
    </w:p>
    <w:p/>
    <w:p/>
    <w:p>
      <w:r>
        <w:rPr>
          <w:b/>
          <w:sz w:val="20"/>
        </w:rPr>
        <w:t>Il/La sottoscritto/a:</w:t>
      </w:r>
    </w:p>
    <w:p>
      <w:r>
        <w:rPr>
          <w:b w:val="0"/>
          <w:sz w:val="20"/>
        </w:rPr>
        <w:t>Nome e Cognome : ________________________________________________</w:t>
      </w:r>
    </w:p>
    <w:p>
      <w:r>
        <w:rPr>
          <w:b w:val="0"/>
          <w:sz w:val="20"/>
        </w:rPr>
        <w:t>Nato/a a : ___________________________________ Prov. _____</w:t>
      </w:r>
    </w:p>
    <w:p>
      <w:r>
        <w:rPr>
          <w:b w:val="0"/>
          <w:sz w:val="20"/>
        </w:rPr>
        <w:t>Il : ___________________________</w:t>
      </w:r>
    </w:p>
    <w:p>
      <w:r>
        <w:rPr>
          <w:b w:val="0"/>
          <w:sz w:val="20"/>
        </w:rPr>
        <w:t>Residente in : ________________________________________________</w:t>
      </w:r>
    </w:p>
    <w:p>
      <w:r>
        <w:rPr>
          <w:b w:val="0"/>
          <w:sz w:val="20"/>
        </w:rPr>
        <w:t>Via/Piazza : ___________________________________________________</w:t>
      </w:r>
    </w:p>
    <w:p>
      <w:r>
        <w:rPr>
          <w:b w:val="0"/>
          <w:sz w:val="20"/>
        </w:rPr>
        <w:t>Codice Fiscale : _______________________________________________</w:t>
      </w:r>
    </w:p>
    <w:p/>
    <w:p>
      <w:r>
        <w:rPr>
          <w:b/>
          <w:sz w:val="20"/>
        </w:rPr>
        <w:t>Dichiara sotto la propria responsabilità che il veicolo di sua proprietà, di seguito descritto:</w:t>
      </w:r>
    </w:p>
    <w:p>
      <w:r>
        <w:rPr>
          <w:b w:val="0"/>
          <w:sz w:val="20"/>
        </w:rPr>
        <w:t>Marca : _______________________________________________________</w:t>
      </w:r>
    </w:p>
    <w:p>
      <w:r>
        <w:rPr>
          <w:b w:val="0"/>
          <w:sz w:val="20"/>
        </w:rPr>
        <w:t>Modello : _____________________________________________________</w:t>
      </w:r>
    </w:p>
    <w:p>
      <w:r>
        <w:rPr>
          <w:b w:val="0"/>
          <w:sz w:val="20"/>
        </w:rPr>
        <w:t>Targa : _______________________________________________________</w:t>
      </w:r>
    </w:p>
    <w:p>
      <w:r>
        <w:rPr>
          <w:b w:val="0"/>
          <w:sz w:val="20"/>
        </w:rPr>
        <w:t>Telaio/VIN : _________________________________________________</w:t>
      </w:r>
    </w:p>
    <w:p>
      <w:r>
        <w:rPr>
          <w:b w:val="0"/>
          <w:sz w:val="20"/>
        </w:rPr>
        <w:t>Categoria : _________________________________________________</w:t>
      </w:r>
    </w:p>
    <w:p/>
    <w:p>
      <w:r>
        <w:rPr>
          <w:b/>
          <w:sz w:val="20"/>
        </w:rPr>
        <w:t>NON È STATO UTILIZZATO PER LA CIRCOLAZIONE STRADALE dal giorno di immatricolazione/ult. uso fino ad oggi, per i motivi seguenti: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La presente dichiarazione è resa ai sensi degli artt. 46 e 47 del D.P.R. 28 dicembre 2000, n. 445, consapevole delle sanzioni penali nel caso di dichiarazioni mendaci e formazione di atti falsi.</w:t>
      </w:r>
    </w:p>
    <w:p/>
    <w:p/>
    <w:p>
      <w:r>
        <w:rPr>
          <w:b/>
          <w:sz w:val="20"/>
        </w:rPr>
        <w:t>Dichiara inoltre di essere a conoscenza che la presente dichiarazione:</w:t>
      </w:r>
    </w:p>
    <w:p>
      <w:r>
        <w:rPr>
          <w:b w:val="0"/>
          <w:sz w:val="20"/>
        </w:rPr>
        <w:t>- ha valore di dichiarazione sostitutiva di atto notorio ai sensi dell'art. 47 del D.P.R. 445/2000;</w:t>
      </w:r>
    </w:p>
    <w:p>
      <w:r>
        <w:rPr>
          <w:b w:val="0"/>
          <w:sz w:val="20"/>
        </w:rPr>
        <w:t>- potrà essere utilizzata per la richiesta di sospensione del pagamento del bollo auto o di altri adempimenti amministrativi previsti dalla normativa vigente.</w:t>
      </w:r>
    </w:p>
    <w:p/>
    <w:p/>
    <w:p>
      <w:r>
        <w:rPr>
          <w:b w:val="0"/>
          <w:sz w:val="20"/>
        </w:rPr>
        <w:t>Luogo : _____________________________________    Data : ____________________________</w:t>
      </w:r>
    </w:p>
    <w:p/>
    <w:p/>
    <w:p/>
    <w:p>
      <w:r>
        <w:rPr>
          <w:b w:val="0"/>
          <w:sz w:val="20"/>
        </w:rPr>
        <w:t>Firma del dichiarante : _____________________________________________</w:t>
      </w:r>
    </w:p>
    <w:p/>
    <w:p/>
    <w:p>
      <w:r>
        <w:rPr>
          <w:b w:val="0"/>
          <w:sz w:val="20"/>
        </w:rPr>
        <w:t>Firma per autenticazione (se richiesta) : 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Ufficio Autorizzante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https://esperto-dichiarazioni.com/dichiarazione-di-mancata-circolazione-moto/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dichiarazione-di-mancata-circolazione-moto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