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INUTILIZZABILITÀ DEL VEICOLO</w:t>
      </w:r>
    </w:p>
    <w:p/>
    <w:p/>
    <w:p>
      <w:r>
        <w:rPr>
          <w:b/>
          <w:sz w:val="22"/>
        </w:rPr>
        <w:t>Dati del Dichiarente:</w:t>
      </w:r>
    </w:p>
    <w:p>
      <w:r>
        <w:rPr>
          <w:b w:val="0"/>
          <w:sz w:val="20"/>
        </w:rPr>
        <w:t>Nome e Cognome: 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</w:t>
      </w:r>
    </w:p>
    <w:p>
      <w:r>
        <w:rPr>
          <w:b w:val="0"/>
          <w:sz w:val="20"/>
        </w:rPr>
        <w:t>Indirizzo Residenza: 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</w:t>
      </w:r>
    </w:p>
    <w:p/>
    <w:p/>
    <w:p>
      <w:r>
        <w:rPr>
          <w:b/>
          <w:sz w:val="22"/>
        </w:rPr>
        <w:t>Dati del Veicolo:</w:t>
      </w:r>
    </w:p>
    <w:p>
      <w:r>
        <w:rPr>
          <w:b w:val="0"/>
          <w:sz w:val="20"/>
        </w:rPr>
        <w:t>Marca: _________________________________________________________________</w:t>
      </w:r>
    </w:p>
    <w:p>
      <w:r>
        <w:rPr>
          <w:b w:val="0"/>
          <w:sz w:val="20"/>
        </w:rPr>
        <w:t>Modello: _______________________________________________________________</w:t>
      </w:r>
    </w:p>
    <w:p>
      <w:r>
        <w:rPr>
          <w:b w:val="0"/>
          <w:sz w:val="20"/>
        </w:rPr>
        <w:t>Targa: _________________________________________________________________</w:t>
      </w:r>
    </w:p>
    <w:p>
      <w:r>
        <w:rPr>
          <w:b w:val="0"/>
          <w:sz w:val="20"/>
        </w:rPr>
        <w:t>Telaio (Numero di telaio/VIN): ___________________________________________</w:t>
      </w:r>
    </w:p>
    <w:p>
      <w:r>
        <w:rPr>
          <w:b w:val="0"/>
          <w:sz w:val="20"/>
        </w:rPr>
        <w:t>Categoria veicolo: ______________________________________________________</w:t>
      </w:r>
    </w:p>
    <w:p>
      <w:r>
        <w:rPr>
          <w:b w:val="0"/>
          <w:sz w:val="20"/>
        </w:rPr>
        <w:t>Data prima immatricolazione: ____________________________________________</w:t>
      </w:r>
    </w:p>
    <w:p/>
    <w:p/>
    <w:p>
      <w:r>
        <w:rPr>
          <w:b/>
          <w:sz w:val="22"/>
        </w:rPr>
        <w:t>Premessa:</w:t>
      </w:r>
    </w:p>
    <w:p>
      <w:r>
        <w:rPr>
          <w:b w:val="0"/>
          <w:sz w:val="20"/>
        </w:rPr>
        <w:t>Il sottoscritto dichiara, ai sensi degli artt. 46 e 47 del D.P.R. 28 dicembre 2000, n. 445, che il veicolo sopra indicato è da considerarsi inutilizzabile per le seguenti motivazioni, in modo permanente e definitivo.</w:t>
      </w:r>
    </w:p>
    <w:p/>
    <w:p/>
    <w:p>
      <w:r>
        <w:rPr>
          <w:b/>
          <w:sz w:val="22"/>
        </w:rPr>
        <w:t>Motivazioni dell'inutilizzabilità: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2"/>
        </w:rPr>
        <w:t>Dichiarazione:</w:t>
      </w:r>
    </w:p>
    <w:p>
      <w:r>
        <w:rPr>
          <w:b w:val="0"/>
          <w:sz w:val="20"/>
        </w:rPr>
        <w:t>Dichiaro altresì che il veicolo non circola né circolerà su strade pubbliche o aperte al pubblico, e che lo stesso sarà destinato ad essere demolito o conservato in luogo privato, ai sensi delle normative vigenti. Mi impegno inoltre a comunicare tempestivamente eventuali variazioni dello stato di inutilizzabilità.</w:t>
      </w:r>
    </w:p>
    <w:p/>
    <w:p/>
    <w:p>
      <w:r>
        <w:rPr>
          <w:b/>
          <w:sz w:val="22"/>
        </w:rPr>
        <w:t>Consapevolezza delle sanzioni:</w:t>
      </w:r>
    </w:p>
    <w:p>
      <w:r>
        <w:rPr>
          <w:b w:val="0"/>
          <w:sz w:val="20"/>
        </w:rPr>
        <w:t>Sono consapevole che la falsità della presente dichiarazione comporta le sanzioni penali previste dall'art. 76 del D.P.R. 445/2000 e che la presente dichiarazione sarà utilizzata per gli adempimenti amministrativi relativi al veicolo di cui sopra.</w:t>
      </w:r>
    </w:p>
    <w:p/>
    <w:p/>
    <w:p/>
    <w:p>
      <w:r>
        <w:rPr>
          <w:b w:val="0"/>
          <w:sz w:val="20"/>
        </w:rPr>
        <w:t>Luogo: ____________________________________                       Firma: 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(facoltativo)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/>
    <w:p/>
    <w:p>
      <w:r>
        <w:rPr>
          <w:b w:val="0"/>
          <w:sz w:val="20"/>
        </w:rPr>
        <w:t>Nota: La presente dichiarazione sarà utilizzata per le procedure di radiazione o fermo amministrativo del veicolo e dovrà essere conservata unitamente a tutta la documentazione correlata.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https://esperto-dichiarazioni.com/dichiarazione-di-inutilizzabilita-del-veicolo-modello/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inutilizzabilita-del-veicolo-modell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