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IMPEGNO A FORNIRE LA CESSIONE DI FABBRICATO</w:t>
      </w:r>
    </w:p>
    <w:p/>
    <w:p>
      <w:r>
        <w:rPr>
          <w:b w:val="0"/>
          <w:sz w:val="20"/>
        </w:rPr>
        <w:t>Luogo : ____________________________    Data : ____________________________</w:t>
      </w:r>
    </w:p>
    <w:p/>
    <w:p>
      <w:r>
        <w:rPr>
          <w:b/>
          <w:sz w:val="20"/>
        </w:rPr>
        <w:t>Dati del Dichiarante :</w:t>
      </w:r>
    </w:p>
    <w:p>
      <w:r>
        <w:rPr>
          <w:b w:val="0"/>
          <w:sz w:val="20"/>
        </w:rPr>
        <w:t>Nome e Cognome / Ragione Sociale : 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___________________________________________________</w:t>
      </w:r>
    </w:p>
    <w:p>
      <w:r>
        <w:rPr>
          <w:b w:val="0"/>
          <w:sz w:val="20"/>
        </w:rPr>
        <w:t>Indirizzo / Sede Legale : 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_______________________________________________________________________</w:t>
      </w:r>
    </w:p>
    <w:p/>
    <w:p>
      <w:r>
        <w:rPr>
          <w:b/>
          <w:sz w:val="20"/>
        </w:rPr>
        <w:t>PREMESSO CHE</w:t>
      </w:r>
    </w:p>
    <w:p>
      <w:r>
        <w:rPr>
          <w:b w:val="0"/>
          <w:sz w:val="20"/>
        </w:rPr>
        <w:t>Il Dichiarante è titolare del diritto di proprietà o di altro diritto reale sul fabbricato sito in ________________________________________________________________,</w:t>
      </w:r>
    </w:p>
    <w:p>
      <w:r>
        <w:rPr>
          <w:b w:val="0"/>
          <w:sz w:val="20"/>
        </w:rPr>
        <w:t>identificato catastalmente al foglio ______, particella ______, subalterno ______ del Comune di ________________________________,</w:t>
      </w:r>
    </w:p>
    <w:p>
      <w:r>
        <w:rPr>
          <w:b w:val="0"/>
          <w:sz w:val="20"/>
        </w:rPr>
        <w:t>come da visura catastale allegata al presente atto.</w:t>
      </w:r>
    </w:p>
    <w:p/>
    <w:p>
      <w:r>
        <w:rPr>
          <w:b/>
          <w:sz w:val="20"/>
        </w:rPr>
        <w:t>DICHIARA E SI IMPEGNA</w:t>
      </w:r>
    </w:p>
    <w:p>
      <w:r>
        <w:rPr>
          <w:b w:val="0"/>
          <w:sz w:val="20"/>
        </w:rPr>
        <w:t>1. Di voler fornire la cessione del fabbricato sopra descritto al soggetto richiedente, in conformità alle condizioni contrattuali che saranno concordate;</w:t>
      </w:r>
    </w:p>
    <w:p>
      <w:r>
        <w:rPr>
          <w:b w:val="0"/>
          <w:sz w:val="20"/>
        </w:rPr>
        <w:t>2. Che il fabbricato è libero da ipoteche, vincoli o altri gravami che possano impedire o limitare la cessione;</w:t>
      </w:r>
    </w:p>
    <w:p>
      <w:r>
        <w:rPr>
          <w:b w:val="0"/>
          <w:sz w:val="20"/>
        </w:rPr>
        <w:t>3. Di garantire la regolarità urbanistica, edilizia e catastale del fabbricato oggetto di cessione;</w:t>
      </w:r>
    </w:p>
    <w:p>
      <w:r>
        <w:rPr>
          <w:b w:val="0"/>
          <w:sz w:val="20"/>
        </w:rPr>
        <w:t>4. Di fornire tutta la documentazione necessaria per il perfezionamento della cessione;</w:t>
      </w:r>
    </w:p>
    <w:p>
      <w:r>
        <w:rPr>
          <w:b w:val="0"/>
          <w:sz w:val="20"/>
        </w:rPr>
        <w:t>5. Che la presente dichiarazione non vincola il Dichiarante a concludere il contratto di cessione ma costituisce impegno preliminare e manifestazione di volontà di collaborazione.</w:t>
      </w:r>
    </w:p>
    <w:p/>
    <w:p>
      <w:r>
        <w:rPr>
          <w:b/>
          <w:sz w:val="20"/>
        </w:rPr>
        <w:t>ALTRE DISPOSIZIONI</w:t>
      </w:r>
    </w:p>
    <w:p>
      <w:r>
        <w:rPr>
          <w:b w:val="0"/>
          <w:sz w:val="20"/>
        </w:rPr>
        <w:t>La presente dichiarazione è redatta ai sensi e per gli effetti degli articoli 46 e 47 del D.P.R. 28 dicembre 2000, n. 445, con la consapevolezza delle sanzioni penali previste in caso di dichiarazioni mendaci, ai sensi dell'articolo 76 dello stesso D.P.R.</w:t>
      </w:r>
    </w:p>
    <w:p/>
    <w:p>
      <w:r>
        <w:rPr>
          <w:b w:val="0"/>
          <w:sz w:val="20"/>
        </w:rPr>
        <w:t>La validità della presente dichiarazione è subordinata all'effettivo possesso e disponibilità del fabbricato da parte del Dichiarante e al rispetto di tutte le normative vigenti in materia di trasferimento immobiliare.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RICEVENTE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https://esperto-dichiarazioni.com/dichiarazione-di-impegno-a-fornire-la-cessione-di-fabbricato/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impegno-a-fornire-la-cessione-di-fabbricat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