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ESONERO SUCCESSIONE</w:t>
      </w:r>
    </w:p>
    <w:p>
      <w:pPr>
        <w:jc w:val="center"/>
      </w:pPr>
      <w:r>
        <w:rPr>
          <w:b/>
          <w:sz w:val="20"/>
        </w:rPr>
        <w:t>INTESA SANPAOLO S.P.A.</w:t>
      </w:r>
    </w:p>
    <w:p/>
    <w:p/>
    <w:p>
      <w:r>
        <w:rPr>
          <w:b w:val="0"/>
          <w:sz w:val="20"/>
        </w:rPr>
        <w:t>Il/la sottoscritto/a, di seguito denominato/a "Dichiarante", consapevole delle sanzioni penali previste in caso di dichiarazioni mendaci, ai sensi e per gli effetti degli articoli 46 e 47 del D.P.R. 28 dicembre 2000, n. 445,</w:t>
      </w:r>
    </w:p>
    <w:p>
      <w:r>
        <w:rPr>
          <w:b/>
          <w:sz w:val="20"/>
        </w:rPr>
        <w:t>dichiara quanto segue:</w:t>
      </w:r>
    </w:p>
    <w:p/>
    <w:p>
      <w:r>
        <w:rPr>
          <w:b/>
          <w:sz w:val="20"/>
        </w:rPr>
        <w:t>Dati anagrafici del Dichiarante:</w:t>
      </w:r>
    </w:p>
    <w:p>
      <w:r>
        <w:rPr>
          <w:b w:val="0"/>
          <w:sz w:val="20"/>
        </w:rPr>
        <w:t>Nome e Cognome: 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</w:t>
      </w:r>
    </w:p>
    <w:p>
      <w:r>
        <w:rPr>
          <w:b w:val="0"/>
          <w:sz w:val="20"/>
        </w:rPr>
        <w:t>Luogo e data di nascita: 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________________________________________________________________</w:t>
      </w:r>
    </w:p>
    <w:p/>
    <w:p>
      <w:r>
        <w:rPr>
          <w:b/>
          <w:sz w:val="20"/>
        </w:rPr>
        <w:t>Oggetto della Dichiarazione:</w:t>
      </w:r>
    </w:p>
    <w:p>
      <w:r>
        <w:rPr>
          <w:b w:val="0"/>
          <w:sz w:val="20"/>
        </w:rPr>
        <w:t>Il/la Dichiarante attesta che, relativamente alle somme e/o ai valori depositati presso Intesa Sanpaolo S.p.A., non sussistono diritti di successione a favore di altri soggetti diversi dal sottoscritto, né pendenze, contestazioni o procedure ereditarie che possano incidere sulla titolarità e sull'esercizio dei diritti patrimoniali relativi a tali somme o valori. Pertanto, Intesa Sanpaolo S.p.A. è esonerata da qualsiasi responsabilità riguardo a eventuali rivendicazioni future da parte di eredi o legittimari.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La presente dichiarazione viene resa ai sensi dell’art. 485 e seguenti del Codice Civile in materia di successione, nonché in conformità con le disposizioni del Testo Unico Bancario (D.Lgs. 385/1993) e del D.Lgs. 231/2007 in materia di antiriciclaggio e trasparenza bancaria.</w:t>
      </w:r>
    </w:p>
    <w:p/>
    <w:p>
      <w:r>
        <w:rPr>
          <w:b/>
          <w:sz w:val="20"/>
        </w:rPr>
        <w:t>Impegni del Dichiarante:</w:t>
      </w:r>
    </w:p>
    <w:p>
      <w:r>
        <w:rPr>
          <w:b w:val="0"/>
          <w:sz w:val="20"/>
        </w:rPr>
        <w:t>Il/la Dichiarante si impegna a manlevare e tenere indenne Intesa Sanpaolo S.p.A. da qualsiasi responsabilità, spesa, onere o pretesa che dovesse essere avanzata da terzi in relazione alle somme e/o valori oggetto della presente dichiarazione.</w:t>
      </w:r>
    </w:p>
    <w:p/>
    <w:p>
      <w:r>
        <w:rPr>
          <w:b/>
          <w:sz w:val="20"/>
        </w:rPr>
        <w:t>Documentazione Allegata:</w:t>
      </w:r>
    </w:p>
    <w:p>
      <w:r>
        <w:rPr>
          <w:b w:val="0"/>
          <w:sz w:val="20"/>
        </w:rPr>
        <w:t>Allega alla presente dichiarazione copia conforme ai documenti di identità e ogni altro documento necessario a comprovare la propria legittimazione e la veridicità delle informazioni fornite.</w:t>
      </w:r>
    </w:p>
    <w:p/>
    <w:p>
      <w:r>
        <w:rPr>
          <w:b w:val="0"/>
          <w:sz w:val="20"/>
        </w:rPr>
        <w:t>La presente dichiarazione ha validità ai fini dell’operatività bancaria e sarà conservata agli atti di Intesa Sanpaolo S.p.A. quale documento comprovante l’esonero da responsabilità relativa alla successione sui rapporti bancari indicati.</w:t>
      </w:r>
    </w:p>
    <w:p/>
    <w:p/>
    <w:p>
      <w:r>
        <w:rPr>
          <w:b w:val="0"/>
          <w:sz w:val="20"/>
        </w:rPr>
        <w:t>Luogo: ____________________________________________________________</w:t>
      </w:r>
    </w:p>
    <w:p>
      <w:r>
        <w:rPr>
          <w:b w:val="0"/>
          <w:sz w:val="20"/>
        </w:rPr>
        <w:t>Firma del Dichiarante: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INTESA SANPAOLO S.P.A.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rappresentante: 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https://esperto-dichiarazioni.com/dichiarazione-di-esonero-successione-intesa-sanpaolo/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esonero-successione-intesa-sanpaol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