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CREDITO</w:t>
      </w:r>
    </w:p>
    <w:p/>
    <w:p/>
    <w:p>
      <w:r>
        <w:rPr>
          <w:b/>
          <w:sz w:val="20"/>
        </w:rPr>
        <w:t>Dati del Dichiarante:</w:t>
      </w:r>
    </w:p>
    <w:p>
      <w:r>
        <w:rPr>
          <w:b w:val="0"/>
          <w:sz w:val="20"/>
        </w:rPr>
        <w:t>Nome e Cognome / Ragione Sociale: _____________________________________________</w:t>
      </w:r>
    </w:p>
    <w:p>
      <w:r>
        <w:rPr>
          <w:b w:val="0"/>
          <w:sz w:val="20"/>
        </w:rPr>
        <w:t>Codice Fiscale / Partita IVA: _________________________________________________</w:t>
      </w:r>
    </w:p>
    <w:p>
      <w:r>
        <w:rPr>
          <w:b w:val="0"/>
          <w:sz w:val="20"/>
        </w:rPr>
        <w:t>Sede Legale / Residenza: 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______________________________________________________________________</w:t>
      </w:r>
    </w:p>
    <w:p/>
    <w:p/>
    <w:p>
      <w:r>
        <w:rPr>
          <w:b/>
          <w:sz w:val="20"/>
        </w:rPr>
        <w:t>Dati del Debitore:</w:t>
      </w:r>
    </w:p>
    <w:p>
      <w:r>
        <w:rPr>
          <w:b w:val="0"/>
          <w:sz w:val="20"/>
        </w:rPr>
        <w:t>Nome e Cognome / Ragione Sociale: _____________________________________________</w:t>
      </w:r>
    </w:p>
    <w:p>
      <w:r>
        <w:rPr>
          <w:b w:val="0"/>
          <w:sz w:val="20"/>
        </w:rPr>
        <w:t>Codice Fiscale / Partita IVA: _________________________________________________</w:t>
      </w:r>
    </w:p>
    <w:p>
      <w:r>
        <w:rPr>
          <w:b w:val="0"/>
          <w:sz w:val="20"/>
        </w:rPr>
        <w:t>Sede Legale / Residenza: 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______________________________________________________________________</w:t>
      </w:r>
    </w:p>
    <w:p/>
    <w:p/>
    <w:p>
      <w:r>
        <w:rPr>
          <w:b/>
          <w:sz w:val="20"/>
        </w:rPr>
        <w:t>Oggetto della Dichiarazione:</w:t>
      </w:r>
    </w:p>
    <w:p>
      <w:r>
        <w:rPr>
          <w:b w:val="0"/>
          <w:sz w:val="20"/>
        </w:rPr>
        <w:t>Il/La sottoscritto/a dichiara che è titolare di un credito nei confronti del soggetto sopra indicato,</w:t>
      </w:r>
    </w:p>
    <w:p>
      <w:r>
        <w:rPr>
          <w:b w:val="0"/>
          <w:sz w:val="20"/>
        </w:rPr>
        <w:t>per un importo complessivo di Euro ________________________________ (in lettere: ________________________________).</w:t>
      </w:r>
    </w:p>
    <w:p/>
    <w:p>
      <w:r>
        <w:rPr>
          <w:b/>
          <w:sz w:val="20"/>
        </w:rPr>
        <w:t>Dettaglio del Credito:</w:t>
      </w:r>
    </w:p>
    <w:p>
      <w:r>
        <w:rPr>
          <w:b w:val="0"/>
          <w:sz w:val="20"/>
        </w:rPr>
        <w:t>Descrizione del credito: _________________________________________________________</w:t>
      </w:r>
    </w:p>
    <w:p>
      <w:r>
        <w:rPr>
          <w:b w:val="0"/>
          <w:sz w:val="20"/>
        </w:rPr>
        <w:t>Fattura / Documento di riferimento: ________________________________________________</w:t>
      </w:r>
    </w:p>
    <w:p>
      <w:r>
        <w:rPr>
          <w:b w:val="0"/>
          <w:sz w:val="20"/>
        </w:rPr>
        <w:t>Data di emissione: _______________________________________________________________</w:t>
      </w:r>
    </w:p>
    <w:p>
      <w:r>
        <w:rPr>
          <w:b w:val="0"/>
          <w:sz w:val="20"/>
        </w:rPr>
        <w:t>Scadenza: ______________________________________________________________________</w:t>
      </w:r>
    </w:p>
    <w:p>
      <w:r>
        <w:rPr>
          <w:b w:val="0"/>
          <w:sz w:val="20"/>
        </w:rPr>
        <w:t>Motivo del credito (es. forniture, prestazioni, altro): ______________________________</w:t>
      </w:r>
    </w:p>
    <w:p/>
    <w:p/>
    <w:p>
      <w:r>
        <w:rPr>
          <w:b/>
          <w:sz w:val="20"/>
        </w:rPr>
        <w:t>Dichiarazione di Veridicità:</w:t>
      </w:r>
    </w:p>
    <w:p>
      <w:r>
        <w:rPr>
          <w:b w:val="0"/>
          <w:sz w:val="20"/>
        </w:rPr>
        <w:t>Il/La sottoscritto/a dichiara che quanto sopra corrisponde a verità e che il credito è certo, liquido ed esigibile.</w:t>
      </w:r>
    </w:p>
    <w:p>
      <w:r>
        <w:rPr>
          <w:b w:val="0"/>
          <w:sz w:val="20"/>
        </w:rPr>
        <w:t>Si impegna inoltre a fornire, su richiesta, tutta la documentazione comprovante il credito stesso.</w:t>
      </w:r>
    </w:p>
    <w:p/>
    <w:p/>
    <w:p>
      <w:r>
        <w:rPr>
          <w:b/>
          <w:sz w:val="20"/>
        </w:rPr>
        <w:t>Clausola di Utilizzo:</w:t>
      </w:r>
    </w:p>
    <w:p>
      <w:r>
        <w:rPr>
          <w:b w:val="0"/>
          <w:sz w:val="20"/>
        </w:rPr>
        <w:t>La presente dichiarazione viene rilasciata per ogni utile uso di legge e potrà essere esibita</w:t>
      </w:r>
    </w:p>
    <w:p>
      <w:r>
        <w:rPr>
          <w:b w:val="0"/>
          <w:sz w:val="20"/>
        </w:rPr>
        <w:t>alle autorità competenti in caso di controversie o azioni giudiziarie inerenti il credito sopra indicato.</w:t>
      </w:r>
    </w:p>
    <w:p/>
    <w:p/>
    <w:p>
      <w:r>
        <w:rPr>
          <w:b w:val="0"/>
          <w:sz w:val="20"/>
        </w:rPr>
        <w:t>Luogo : _______________________________________________</w:t>
      </w:r>
    </w:p>
    <w:p>
      <w:r>
        <w:rPr>
          <w:b w:val="0"/>
          <w:sz w:val="20"/>
        </w:rPr>
        <w:t>Firma del Dichiarante : 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/ Collaboratore (se presente)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https://esperto-dichiarazioni.com/dichiarazione-di-credito-fac-simile/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credito-fac-simi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