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CONVIVENZA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Data di nascita: ________________________________________________</w:t>
      </w:r>
    </w:p>
    <w:p>
      <w:r>
        <w:rPr>
          <w:b w:val="0"/>
          <w:sz w:val="20"/>
        </w:rPr>
        <w:t>Luogo di nascita: ________________________________________________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Residente in: _________________________________________________</w:t>
      </w:r>
    </w:p>
    <w:p>
      <w:r>
        <w:rPr>
          <w:b w:val="0"/>
          <w:sz w:val="20"/>
        </w:rPr>
        <w:t>Via/Piazza: ___________________________________________________</w:t>
      </w:r>
    </w:p>
    <w:p>
      <w:r>
        <w:rPr>
          <w:b w:val="0"/>
          <w:sz w:val="20"/>
        </w:rPr>
        <w:t>n. ____________________________________________________________</w:t>
      </w:r>
    </w:p>
    <w:p/>
    <w:p>
      <w:r>
        <w:rPr>
          <w:b/>
          <w:sz w:val="20"/>
        </w:rPr>
        <w:t>e il/la sottoscritto/a: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Data di nascita: ________________________________________________</w:t>
      </w:r>
    </w:p>
    <w:p>
      <w:r>
        <w:rPr>
          <w:b w:val="0"/>
          <w:sz w:val="20"/>
        </w:rPr>
        <w:t>Luogo di nascita: ________________________________________________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Residente in: _________________________________________________</w:t>
      </w:r>
    </w:p>
    <w:p>
      <w:r>
        <w:rPr>
          <w:b w:val="0"/>
          <w:sz w:val="20"/>
        </w:rPr>
        <w:t>Via/Piazza: ___________________________________________________</w:t>
      </w:r>
    </w:p>
    <w:p>
      <w:r>
        <w:rPr>
          <w:b w:val="0"/>
          <w:sz w:val="20"/>
        </w:rPr>
        <w:t>n. ____________________________________________________________</w:t>
      </w:r>
    </w:p>
    <w:p/>
    <w:p>
      <w:pPr>
        <w:jc w:val="center"/>
      </w:pPr>
      <w:r>
        <w:rPr>
          <w:b/>
          <w:sz w:val="20"/>
        </w:rPr>
        <w:t>DICHIARANO</w:t>
      </w:r>
    </w:p>
    <w:p/>
    <w:p>
      <w:r>
        <w:rPr>
          <w:b w:val="0"/>
          <w:sz w:val="20"/>
        </w:rPr>
        <w:t>di convivere more uxorio in stabile unione di fatto, nella medesima abitazione sita in:</w:t>
      </w:r>
    </w:p>
    <w:p>
      <w:r>
        <w:rPr>
          <w:b w:val="0"/>
          <w:sz w:val="20"/>
        </w:rPr>
        <w:t>Indirizzo: ____________________________________________________________</w:t>
      </w:r>
    </w:p>
    <w:p>
      <w:r>
        <w:rPr>
          <w:b w:val="0"/>
          <w:sz w:val="20"/>
        </w:rPr>
        <w:t>Cap: ________________ Comune: ________________________________________</w:t>
      </w:r>
    </w:p>
    <w:p>
      <w:r>
        <w:rPr>
          <w:b w:val="0"/>
          <w:sz w:val="20"/>
        </w:rPr>
        <w:t>Provincia: _____________________________________________________________</w:t>
      </w:r>
    </w:p>
    <w:p/>
    <w:p>
      <w:r>
        <w:rPr>
          <w:b w:val="0"/>
          <w:sz w:val="20"/>
        </w:rPr>
        <w:t>e di non essere legati da vincoli di matrimonio o da unione civile con terze persone,</w:t>
      </w:r>
    </w:p>
    <w:p>
      <w:r>
        <w:rPr>
          <w:b w:val="0"/>
          <w:sz w:val="20"/>
        </w:rPr>
        <w:t>nonché di non avere rapporti di parentela o affinità che impediscano la convivenza di fatto,</w:t>
      </w:r>
    </w:p>
    <w:p>
      <w:r>
        <w:rPr>
          <w:b w:val="0"/>
          <w:sz w:val="20"/>
        </w:rPr>
        <w:t>ai sensi dell'art.1, comma 36, della Legge 20 maggio 2016, n. 76 (Legge Cirinnà).</w:t>
      </w:r>
    </w:p>
    <w:p/>
    <w:p>
      <w:r>
        <w:rPr>
          <w:b w:val="0"/>
          <w:sz w:val="20"/>
        </w:rPr>
        <w:t>La presente dichiarazione viene resa ai fini dell'iscrizione dell'unione di fatto nel registro comunale previsto dall'art. 7 della medesima legge e,</w:t>
      </w:r>
    </w:p>
    <w:p>
      <w:r>
        <w:rPr>
          <w:b w:val="0"/>
          <w:sz w:val="20"/>
        </w:rPr>
        <w:t>ai sensi degli artt. 46 e 47 del DPR 28 dicembre 2000, n. 445, consapevoli delle sanzioni penali previste in caso di dichiarazioni mendaci,</w:t>
      </w:r>
    </w:p>
    <w:p>
      <w:r>
        <w:rPr>
          <w:b w:val="0"/>
          <w:sz w:val="20"/>
        </w:rPr>
        <w:t>di atti falsi o di uso di atti falsi.</w:t>
      </w:r>
    </w:p>
    <w:p/>
    <w:p/>
    <w:p>
      <w:r>
        <w:rPr>
          <w:b/>
          <w:sz w:val="20"/>
        </w:rPr>
        <w:t>CLÁUSOLE E CONDIZIONI</w:t>
      </w:r>
    </w:p>
    <w:p/>
    <w:p>
      <w:r>
        <w:rPr>
          <w:b w:val="0"/>
          <w:sz w:val="20"/>
        </w:rPr>
        <w:t>1. La presente dichiarazione ha valore esclusivamente ai fini dell'iscrizione nel registro delle unioni civili e delle convivenze di fatto istituito presso il Comune.</w:t>
      </w:r>
    </w:p>
    <w:p/>
    <w:p>
      <w:r>
        <w:rPr>
          <w:b w:val="0"/>
          <w:sz w:val="20"/>
        </w:rPr>
        <w:t>2. Le parti si impegnano a comunicare tempestivamente al Comune ogni eventuale modifica della situazione dichiarata, anche ai sensi dell'art. 3 della Legge n. 76/2016.</w:t>
      </w:r>
    </w:p>
    <w:p/>
    <w:p>
      <w:r>
        <w:rPr>
          <w:b w:val="0"/>
          <w:sz w:val="20"/>
        </w:rPr>
        <w:t>3. La presente dichiarazione non costituisce titolo per alcun diritto o obbligo patrimoniale, che potrà essere regolato da separati accordi tra le parti o dalla legge.</w:t>
      </w:r>
    </w:p>
    <w:p/>
    <w:p>
      <w:r>
        <w:rPr>
          <w:b w:val="0"/>
          <w:sz w:val="20"/>
        </w:rPr>
        <w:t>4. Le parti dichiarano di aver preso visione e di accettare i contenuti della legge n. 76/2016 e successive modificazioni, nonché del regolamento comunale relativo al registro delle convivenze.</w:t>
      </w:r>
    </w:p>
    <w:p/>
    <w:p/>
    <w:p>
      <w:r>
        <w:rPr>
          <w:b w:val="0"/>
          <w:sz w:val="20"/>
        </w:rPr>
        <w:t>Luogo di sottoscrizione: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https://esperto-dichiarazioni.com/dichiarazione-di-convivenza/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convivenza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