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 DEL PRODOTTO</w:t>
      </w:r>
    </w:p>
    <w:p/>
    <w:p/>
    <w:p>
      <w:r>
        <w:rPr>
          <w:b/>
          <w:sz w:val="20"/>
        </w:rPr>
        <w:t>Dichiarante:</w:t>
      </w:r>
    </w:p>
    <w:p>
      <w:r>
        <w:rPr>
          <w:b w:val="0"/>
          <w:sz w:val="20"/>
        </w:rPr>
        <w:t>Ragione Sociale: ______________________________________________________________</w:t>
      </w:r>
    </w:p>
    <w:p>
      <w:r>
        <w:rPr>
          <w:b w:val="0"/>
          <w:sz w:val="20"/>
        </w:rPr>
        <w:t>Indirizzo Sede Legale: ________________________________________________________</w:t>
      </w:r>
    </w:p>
    <w:p>
      <w:r>
        <w:rPr>
          <w:b w:val="0"/>
          <w:sz w:val="20"/>
        </w:rPr>
        <w:t>Partita IVA / Codice Fiscale: _________________________________________________</w:t>
      </w:r>
    </w:p>
    <w:p>
      <w:r>
        <w:rPr>
          <w:b w:val="0"/>
          <w:sz w:val="20"/>
        </w:rPr>
        <w:t>Telefono: ___________________________   Email: ________________________________</w:t>
      </w:r>
    </w:p>
    <w:p/>
    <w:p>
      <w:r>
        <w:rPr>
          <w:b/>
          <w:sz w:val="20"/>
        </w:rPr>
        <w:t>Prodotto:</w:t>
      </w:r>
    </w:p>
    <w:p>
      <w:r>
        <w:rPr>
          <w:b w:val="0"/>
          <w:sz w:val="20"/>
        </w:rPr>
        <w:t>Nome/Denominazione: __________________________________________________________</w:t>
      </w:r>
    </w:p>
    <w:p>
      <w:r>
        <w:rPr>
          <w:b w:val="0"/>
          <w:sz w:val="20"/>
        </w:rPr>
        <w:t>Modello / Codice: _____________________________________________________________</w:t>
      </w:r>
    </w:p>
    <w:p>
      <w:r>
        <w:rPr>
          <w:b w:val="0"/>
          <w:sz w:val="20"/>
        </w:rPr>
        <w:t>Descrizione: __________________________________________________________________</w:t>
      </w:r>
    </w:p>
    <w:p>
      <w:r>
        <w:rPr>
          <w:b w:val="0"/>
          <w:sz w:val="20"/>
        </w:rPr>
        <w:t>Categoria di Prodotto: _________________________________________________________</w:t>
      </w:r>
    </w:p>
    <w:p/>
    <w:p>
      <w:r>
        <w:rPr>
          <w:b/>
          <w:sz w:val="20"/>
        </w:rPr>
        <w:t>Normativa di riferimento:</w:t>
      </w:r>
    </w:p>
    <w:p>
      <w:r>
        <w:rPr>
          <w:b w:val="0"/>
          <w:sz w:val="20"/>
        </w:rPr>
        <w:t>La presente dichiarazione di conformità è redatta ai sensi del D.Lgs. 206/2005 (Codice del Consumo),</w:t>
      </w:r>
    </w:p>
    <w:p>
      <w:r>
        <w:rPr>
          <w:b w:val="0"/>
          <w:sz w:val="20"/>
        </w:rPr>
        <w:t>del Regolamento (UE) 2016/425, del D.Lgs. 111/1992 e successive modifiche ed integrazioni nonché delle</w:t>
      </w:r>
    </w:p>
    <w:p>
      <w:r>
        <w:rPr>
          <w:b w:val="0"/>
          <w:sz w:val="20"/>
        </w:rPr>
        <w:t>norme tecniche armonizzate applicabili, in particolare: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>
      <w:r>
        <w:rPr>
          <w:b/>
          <w:sz w:val="20"/>
        </w:rPr>
        <w:t>Dichiarazione:</w:t>
      </w:r>
    </w:p>
    <w:p>
      <w:r>
        <w:rPr>
          <w:b w:val="0"/>
          <w:sz w:val="20"/>
        </w:rPr>
        <w:t>Il sottoscritto, in qualità di legale rappresentante della ditta sopra indicata, dichiara sotto la propria responsabilità che il prodotto descritto è conforme ai requisiti essenziali di sicurezza e salute previsti dalle normative sopra elencate e che sono state adottate tutte le procedure e controlli necessari per garantirne la conformità.</w:t>
      </w:r>
    </w:p>
    <w:p/>
    <w:p>
      <w:r>
        <w:rPr>
          <w:b/>
          <w:sz w:val="20"/>
        </w:rPr>
        <w:t>Allegati alla presente Dichiarazione:</w:t>
      </w:r>
    </w:p>
    <w:p>
      <w:r>
        <w:rPr>
          <w:b w:val="0"/>
          <w:sz w:val="20"/>
        </w:rPr>
        <w:t>1. Rapporto/i di prova e certificazioni: __________________________________________</w:t>
      </w:r>
    </w:p>
    <w:p>
      <w:r>
        <w:rPr>
          <w:b w:val="0"/>
          <w:sz w:val="20"/>
        </w:rPr>
        <w:t>2. Manuale tecnico e istruzioni per l’uso: ________________________________________</w:t>
      </w:r>
    </w:p>
    <w:p>
      <w:r>
        <w:rPr>
          <w:b w:val="0"/>
          <w:sz w:val="20"/>
        </w:rPr>
        <w:t>3. Scheda tecnica prodotto: _____________________________________________________</w:t>
      </w:r>
    </w:p>
    <w:p/>
    <w:p>
      <w:r>
        <w:rPr>
          <w:b/>
          <w:sz w:val="20"/>
        </w:rPr>
        <w:t>Limiti di utilizzo e condizioni:</w:t>
      </w:r>
    </w:p>
    <w:p>
      <w:r>
        <w:rPr>
          <w:b w:val="0"/>
          <w:sz w:val="20"/>
        </w:rPr>
        <w:t>La conformità dichiarata si riferisce al prodotto nelle condizioni di utilizzo, manutenzione e installazione conformi alle indicazioni fornite dal produttore. Eventuali modifiche non autorizzate o impieghi non conformi possono invalidare la presente dichiarazione.</w:t>
      </w:r>
    </w:p>
    <w:p/>
    <w:p/>
    <w:p>
      <w:r>
        <w:rPr>
          <w:b w:val="0"/>
          <w:sz w:val="20"/>
        </w:rPr>
        <w:t>Luogo: ___________________________________________________</w:t>
      </w:r>
    </w:p>
    <w:p>
      <w:r>
        <w:rPr>
          <w:b/>
          <w:sz w:val="20"/>
        </w:rPr>
        <w:t>Firma del Legale Rappresentante: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https://esperto-dichiarazioni.com/dichiarazione-di-conformita-prodotto-esempio/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conformita-prodotto-esempi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