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CONFORMITÀ DELL'IMPIANTO TERMICO</w:t>
      </w:r>
    </w:p>
    <w:p/>
    <w:p/>
    <w:p>
      <w:r>
        <w:rPr>
          <w:b/>
          <w:sz w:val="20"/>
        </w:rPr>
        <w:t>Il sottoscritto:</w:t>
      </w:r>
    </w:p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Qualifica professionale: ___________________________________________</w:t>
      </w:r>
    </w:p>
    <w:p>
      <w:r>
        <w:rPr>
          <w:b w:val="0"/>
          <w:sz w:val="20"/>
        </w:rPr>
        <w:t>Iscritto all’Albo/Registro Professionale: ___________________________</w:t>
      </w:r>
    </w:p>
    <w:p>
      <w:r>
        <w:rPr>
          <w:b w:val="0"/>
          <w:sz w:val="20"/>
        </w:rPr>
        <w:t>Numero iscrizione: ________________________________________________</w:t>
      </w:r>
    </w:p>
    <w:p>
      <w:r>
        <w:rPr>
          <w:b w:val="0"/>
          <w:sz w:val="20"/>
        </w:rPr>
        <w:t>Sede professionale: _______________________________________________</w:t>
      </w:r>
    </w:p>
    <w:p/>
    <w:p>
      <w:r>
        <w:rPr>
          <w:b w:val="0"/>
          <w:sz w:val="20"/>
        </w:rPr>
        <w:t>Dichiara sotto la propria responsabilità, ai sensi della legge vigente, che l’impianto termico descritto di seguito è stato realizzato ed è conforme alle prescrizioni normative e tecniche applicabili, in particolare secondo quanto previsto dal D.P.R. 74/2013 e dal D.Lgs. 192/2005, nonché alle norme UNI e CEI vigenti.</w:t>
      </w:r>
    </w:p>
    <w:p/>
    <w:p>
      <w:r>
        <w:rPr>
          <w:b/>
          <w:sz w:val="20"/>
        </w:rPr>
        <w:t>DATI DELL’IMPIANTO TERMICO</w:t>
      </w:r>
    </w:p>
    <w:p>
      <w:r>
        <w:rPr>
          <w:b w:val="0"/>
          <w:sz w:val="20"/>
        </w:rPr>
        <w:t>Tipologia di impianto: ______________________________________________</w:t>
      </w:r>
    </w:p>
    <w:p>
      <w:r>
        <w:rPr>
          <w:b w:val="0"/>
          <w:sz w:val="20"/>
        </w:rPr>
        <w:t>Ubicazione: ________________________________________________________</w:t>
      </w:r>
    </w:p>
    <w:p>
      <w:r>
        <w:rPr>
          <w:b w:val="0"/>
          <w:sz w:val="20"/>
        </w:rPr>
        <w:t>Committente: _______________________________________________________</w:t>
      </w:r>
    </w:p>
    <w:p>
      <w:r>
        <w:rPr>
          <w:b w:val="0"/>
          <w:sz w:val="20"/>
        </w:rPr>
        <w:t>Potenza termica nominale: ___________________________________________</w:t>
      </w:r>
    </w:p>
    <w:p>
      <w:r>
        <w:rPr>
          <w:b w:val="0"/>
          <w:sz w:val="20"/>
        </w:rPr>
        <w:t>Combustibile utilizzato: ____________________________________________</w:t>
      </w:r>
    </w:p>
    <w:p>
      <w:r>
        <w:rPr>
          <w:b w:val="0"/>
          <w:sz w:val="20"/>
        </w:rPr>
        <w:t>Anno di realizzazione: ______________________________________________</w:t>
      </w:r>
    </w:p>
    <w:p>
      <w:r>
        <w:rPr>
          <w:b w:val="0"/>
          <w:sz w:val="20"/>
        </w:rPr>
        <w:t>Descrizione sintetica dell’impianto e componenti principali: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NORMATIVA DI RIFERIMENTO</w:t>
      </w:r>
    </w:p>
    <w:p>
      <w:r>
        <w:rPr>
          <w:b w:val="0"/>
          <w:sz w:val="20"/>
        </w:rPr>
        <w:t>L’impianto è stato realizzato e collaudato in conformità alle seguenti norme e disposizioni legislative:</w:t>
      </w:r>
    </w:p>
    <w:p>
      <w:r>
        <w:rPr>
          <w:b w:val="0"/>
          <w:sz w:val="20"/>
        </w:rPr>
        <w:t>- D.P.R. 16 aprile 2013, n. 74 – Regolamento recante semplificazione e razionalizzazione della disciplina dei controlli sugli impianti.</w:t>
      </w:r>
    </w:p>
    <w:p>
      <w:r>
        <w:rPr>
          <w:b w:val="0"/>
          <w:sz w:val="20"/>
        </w:rPr>
        <w:t>- D.Lgs. 19 agosto 2005, n. 192 e successive modifiche – Attuazione della direttiva 2002/91/CE relativa al rendimento energetico nell’edilizia.</w:t>
      </w:r>
    </w:p>
    <w:p>
      <w:r>
        <w:rPr>
          <w:b w:val="0"/>
          <w:sz w:val="20"/>
        </w:rPr>
        <w:t>- Norme UNI e CEI vigenti per impianti termici.</w:t>
      </w:r>
    </w:p>
    <w:p>
      <w:r>
        <w:rPr>
          <w:b w:val="0"/>
          <w:sz w:val="20"/>
        </w:rPr>
        <w:t>- Legge 10/1991 e successive modifiche.</w:t>
      </w:r>
    </w:p>
    <w:p/>
    <w:p>
      <w:r>
        <w:rPr>
          <w:b/>
          <w:sz w:val="20"/>
        </w:rPr>
        <w:t>DICHIARAZIONE</w:t>
      </w:r>
    </w:p>
    <w:p>
      <w:r>
        <w:rPr>
          <w:b w:val="0"/>
          <w:sz w:val="20"/>
        </w:rPr>
        <w:t>Il sottoscritto tecnico certifica che l’impianto termico sopra descritto è stato progettato, installato e collaudato nel rispetto delle norme tecniche e legislative vigenti, rispondendo ai requisiti di sicurezza, funzionalità e rendimento energetico, e che sono stati eseguiti tutti i controlli e le verifiche previsti.</w:t>
      </w:r>
    </w:p>
    <w:p/>
    <w:p>
      <w:r>
        <w:rPr>
          <w:b w:val="0"/>
          <w:sz w:val="20"/>
        </w:rPr>
        <w:t>Il presente documento costituisce attestazione della conformità dell’impianto termico alle prescrizioni di legge e rappresenta titolo abilitativo ai sensi della normativa vigente per la messa in esercizio dello stesso.</w:t>
      </w:r>
    </w:p>
    <w:p/>
    <w:p>
      <w:r>
        <w:rPr>
          <w:b/>
          <w:sz w:val="20"/>
        </w:rPr>
        <w:t>ALLEGATI</w:t>
      </w:r>
    </w:p>
    <w:p>
      <w:r>
        <w:rPr>
          <w:b w:val="0"/>
          <w:sz w:val="20"/>
        </w:rPr>
        <w:t>Si allegano al presente documento i seguenti elaborati e certificazioni:</w:t>
      </w:r>
    </w:p>
    <w:p>
      <w:r>
        <w:rPr>
          <w:b w:val="0"/>
          <w:sz w:val="20"/>
        </w:rPr>
        <w:t>- Progetto dell’impianto termico</w:t>
      </w:r>
    </w:p>
    <w:p>
      <w:r>
        <w:rPr>
          <w:b w:val="0"/>
          <w:sz w:val="20"/>
        </w:rPr>
        <w:t>- Relazione tecnica di conformità</w:t>
      </w:r>
    </w:p>
    <w:p>
      <w:r>
        <w:rPr>
          <w:b w:val="0"/>
          <w:sz w:val="20"/>
        </w:rPr>
        <w:t>- Verbale di collaudo</w:t>
      </w:r>
    </w:p>
    <w:p>
      <w:r>
        <w:rPr>
          <w:b w:val="0"/>
          <w:sz w:val="20"/>
        </w:rPr>
        <w:t>- Certificazioni dei componenti</w:t>
      </w:r>
    </w:p>
    <w:p>
      <w:r>
        <w:rPr>
          <w:b w:val="0"/>
          <w:sz w:val="20"/>
        </w:rPr>
        <w:t>- Manuale d’uso e manutenzione</w:t>
      </w:r>
    </w:p>
    <w:p>
      <w:r>
        <w:rPr>
          <w:b w:val="0"/>
          <w:sz w:val="20"/>
        </w:rPr>
        <w:t>- Eventuali altre documentazioni richieste dalla normativa vigente</w:t>
      </w:r>
    </w:p>
    <w:p/>
    <w:p/>
    <w:p>
      <w:r>
        <w:rPr>
          <w:b w:val="0"/>
          <w:sz w:val="20"/>
        </w:rPr>
        <w:t>Luogo: ______________________________________________________________</w:t>
      </w:r>
    </w:p>
    <w:p>
      <w:r>
        <w:rPr>
          <w:b/>
          <w:sz w:val="20"/>
        </w:rPr>
        <w:t>Firma del tecnico abilitato:</w:t>
      </w:r>
    </w:p>
    <w:p>
      <w:pPr>
        <w:jc w:val="center"/>
      </w:pPr>
      <w:r>
        <w:rPr>
          <w:b w:val="0"/>
          <w:sz w:val="20"/>
        </w:rPr>
        <w:br/>
        <w:br/>
        <w:t>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Impresa Installatrice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Tecnico Abilitato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https://esperto-dichiarazioni.com/dichiarazione-di-conformita-impianto-termico/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conformita-impianto-termic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