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 DELL’IMPIANTO FOTOVOLTAICO</w:t>
      </w:r>
    </w:p>
    <w:p/>
    <w:p/>
    <w:p>
      <w:r>
        <w:rPr>
          <w:b/>
          <w:sz w:val="20"/>
        </w:rPr>
        <w:t>Il sottoscritto:</w:t>
      </w:r>
    </w:p>
    <w:p>
      <w:r>
        <w:rPr>
          <w:b w:val="0"/>
          <w:sz w:val="20"/>
        </w:rPr>
        <w:t>Nome e Cognome / Ragione Sociale: 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________________________________________________</w:t>
      </w:r>
    </w:p>
    <w:p>
      <w:r>
        <w:rPr>
          <w:b w:val="0"/>
          <w:sz w:val="20"/>
        </w:rPr>
        <w:t>Iscritto all'Albo Professionale / Registro Imprese n°: __________________________</w:t>
      </w:r>
    </w:p>
    <w:p>
      <w:r>
        <w:rPr>
          <w:b w:val="0"/>
          <w:sz w:val="20"/>
        </w:rPr>
        <w:t>In qualità di: _______________________________________________________________</w:t>
      </w:r>
    </w:p>
    <w:p/>
    <w:p>
      <w:pPr>
        <w:jc w:val="center"/>
      </w:pPr>
      <w:r>
        <w:rPr>
          <w:b/>
          <w:sz w:val="20"/>
        </w:rPr>
        <w:t>DICHIARA</w:t>
      </w:r>
    </w:p>
    <w:p/>
    <w:p>
      <w:r>
        <w:rPr>
          <w:b w:val="0"/>
          <w:sz w:val="20"/>
        </w:rPr>
        <w:t>Che l’impianto fotovoltaico oggetto della presente dichiarazione è stato realizzato in conformità alle normative vigenti in materia di sicurezza, qualità e rispetto ambientale, e in particolare alle disposizioni del D.P.R. 22 ottobre 2001, n. 462, al DM 37/08, al Decreto Legislativo 81/08 e s.m.i., nonché alle norme CEI e UNI applicabili.</w:t>
      </w:r>
    </w:p>
    <w:p/>
    <w:p>
      <w:r>
        <w:rPr>
          <w:b/>
          <w:sz w:val="20"/>
        </w:rPr>
        <w:t>Dati relativi all’impianto fotovoltaico:</w:t>
      </w:r>
    </w:p>
    <w:p>
      <w:r>
        <w:rPr>
          <w:b w:val="0"/>
          <w:sz w:val="20"/>
        </w:rPr>
        <w:t>Ubicazione impianto: _________________________________________________________</w:t>
      </w:r>
    </w:p>
    <w:p>
      <w:r>
        <w:rPr>
          <w:b w:val="0"/>
          <w:sz w:val="20"/>
        </w:rPr>
        <w:t>Committente: ________________________________________________________________</w:t>
      </w:r>
    </w:p>
    <w:p>
      <w:r>
        <w:rPr>
          <w:b w:val="0"/>
          <w:sz w:val="20"/>
        </w:rPr>
        <w:t>Potenza nominale (kWp): _____________________________________________________</w:t>
      </w:r>
    </w:p>
    <w:p>
      <w:r>
        <w:rPr>
          <w:b w:val="0"/>
          <w:sz w:val="20"/>
        </w:rPr>
        <w:t>Tipo di impianto: ____________________________________________________________</w:t>
      </w:r>
    </w:p>
    <w:p>
      <w:r>
        <w:rPr>
          <w:b w:val="0"/>
          <w:sz w:val="20"/>
        </w:rPr>
        <w:t>Componenti principali utilizzati (moduli, inverter, sistemi di protezione): 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L’impianto è stato realizzato secondo le seguenti normative tecniche di riferimento:</w:t>
      </w:r>
    </w:p>
    <w:p>
      <w:r>
        <w:rPr>
          <w:b w:val="0"/>
          <w:sz w:val="20"/>
        </w:rPr>
        <w:t>- Norma CEI 0-21: “Impianti fotovoltaici connessi alla rete di bassa tensione”</w:t>
      </w:r>
    </w:p>
    <w:p>
      <w:r>
        <w:rPr>
          <w:b w:val="0"/>
          <w:sz w:val="20"/>
        </w:rPr>
        <w:t>- Norma CEI EN 62446: “Requisiti per la documentazione, la verifica e la manutenzione degli impianti fotovoltaici”</w:t>
      </w:r>
    </w:p>
    <w:p>
      <w:r>
        <w:rPr>
          <w:b w:val="0"/>
          <w:sz w:val="20"/>
        </w:rPr>
        <w:t>- Norma CEI 64-8 e s.m.i.: “Impianti elettrici utilizzatori a tensione nominale non superiore a 1000 V in corrente alternata”</w:t>
      </w:r>
    </w:p>
    <w:p>
      <w:r>
        <w:rPr>
          <w:b w:val="0"/>
          <w:sz w:val="20"/>
        </w:rPr>
        <w:t>- Decreto Legislativo 81/08 e s.m.i.: “Testo Unico sulla salute e sicurezza sul lavoro”</w:t>
      </w:r>
    </w:p>
    <w:p/>
    <w:p>
      <w:r>
        <w:rPr>
          <w:b/>
          <w:sz w:val="20"/>
        </w:rPr>
        <w:t>Si attesta inoltre che:</w:t>
      </w:r>
    </w:p>
    <w:p>
      <w:r>
        <w:rPr>
          <w:b w:val="0"/>
          <w:sz w:val="20"/>
        </w:rPr>
        <w:t>1. L’impianto è stato progettato, installato e collaudato da personale qualificato e abilitato, nel rispetto delle normative vigenti.</w:t>
      </w:r>
    </w:p>
    <w:p>
      <w:r>
        <w:rPr>
          <w:b w:val="0"/>
          <w:sz w:val="20"/>
        </w:rPr>
        <w:t>2. Sono stati rispettati tutti i requisiti di sicurezza elettrica, meccanica e di protezione contro il rischio di incendio.</w:t>
      </w:r>
    </w:p>
    <w:p>
      <w:r>
        <w:rPr>
          <w:b w:val="0"/>
          <w:sz w:val="20"/>
        </w:rPr>
        <w:t>3. Sono stati eseguiti i controlli e le verifiche di funzionalità, isolamento, e continuità secondo le procedure previste dalle normative.</w:t>
      </w:r>
    </w:p>
    <w:p>
      <w:r>
        <w:rPr>
          <w:b w:val="0"/>
          <w:sz w:val="20"/>
        </w:rPr>
        <w:t>4. L’impianto è conforme alle prescrizioni tecniche previste dagli enti distributori e gestori della rete elettrica locale.</w:t>
      </w:r>
    </w:p>
    <w:p/>
    <w:p>
      <w:r>
        <w:rPr>
          <w:b/>
          <w:sz w:val="20"/>
        </w:rPr>
        <w:t>Documentazione allegata:</w:t>
      </w:r>
    </w:p>
    <w:p>
      <w:r>
        <w:rPr>
          <w:b w:val="0"/>
          <w:sz w:val="20"/>
        </w:rPr>
        <w:t>- Progetto esecutivo dell’impianto</w:t>
      </w:r>
    </w:p>
    <w:p>
      <w:r>
        <w:rPr>
          <w:b w:val="0"/>
          <w:sz w:val="20"/>
        </w:rPr>
        <w:t>- Dichiarazioni di conformità dei componenti utilizzati</w:t>
      </w:r>
    </w:p>
    <w:p>
      <w:r>
        <w:rPr>
          <w:b w:val="0"/>
          <w:sz w:val="20"/>
        </w:rPr>
        <w:t>- Verbale di collaudo e misure effettuate</w:t>
      </w:r>
    </w:p>
    <w:p>
      <w:r>
        <w:rPr>
          <w:b w:val="0"/>
          <w:sz w:val="20"/>
        </w:rPr>
        <w:t>- Certificazioni degli installatori e tecnici abilitati</w:t>
      </w:r>
    </w:p>
    <w:p/>
    <w:p>
      <w:r>
        <w:rPr>
          <w:b w:val="0"/>
          <w:sz w:val="20"/>
        </w:rPr>
        <w:t>La presente dichiarazione viene redatta ai sensi dell’art. 7 del D.P.R. n. 462/2001 e del DM 37/08, in conformità alle normative vigenti e agli obblighi di legge.</w:t>
      </w:r>
    </w:p>
    <w:p/>
    <w:p/>
    <w:p>
      <w:r>
        <w:rPr>
          <w:b w:val="0"/>
          <w:sz w:val="20"/>
        </w:rPr>
        <w:t>Luogo, data :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INSTALLATORE / 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https://esperto-dichiarazioni.com/dichiarazione-di-conformita-impianto-fotovoltaico/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conformita-impianto-fotovoltaic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