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 CE</w:t>
      </w:r>
    </w:p>
    <w:p/>
    <w:p/>
    <w:p>
      <w:r>
        <w:rPr>
          <w:b w:val="0"/>
          <w:sz w:val="20"/>
        </w:rPr>
        <w:t>Il sottoscritto, con la presente DICHIARAZIONE DI CONFORMITÀ CE, attesta che il prodotto descritto nel presente documento è conforme ai requisiti essenziali delle direttive comunitarie applicabili, in conformità alla normativa vigente in Italia ed Europa.</w:t>
      </w:r>
    </w:p>
    <w:p/>
    <w:p/>
    <w:p>
      <w:r>
        <w:rPr>
          <w:b/>
          <w:sz w:val="20"/>
        </w:rPr>
        <w:t>1. Dati del Fabbricante</w:t>
      </w:r>
    </w:p>
    <w:p>
      <w:r>
        <w:rPr>
          <w:b w:val="0"/>
          <w:sz w:val="20"/>
        </w:rPr>
        <w:t>Denominazione/Fabbricante : ______________________________________________</w:t>
      </w:r>
    </w:p>
    <w:p>
      <w:r>
        <w:rPr>
          <w:b w:val="0"/>
          <w:sz w:val="20"/>
        </w:rPr>
        <w:t>Sede legale : _____________________________________________________________</w:t>
      </w:r>
    </w:p>
    <w:p>
      <w:r>
        <w:rPr>
          <w:b w:val="0"/>
          <w:sz w:val="20"/>
        </w:rPr>
        <w:t>Indirizzo : _______________________________________________________________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</w:t>
      </w:r>
    </w:p>
    <w:p/>
    <w:p>
      <w:r>
        <w:rPr>
          <w:b/>
          <w:sz w:val="20"/>
        </w:rPr>
        <w:t>2. Descrizione del Prodotto</w:t>
      </w:r>
    </w:p>
    <w:p>
      <w:r>
        <w:rPr>
          <w:b w:val="0"/>
          <w:sz w:val="20"/>
        </w:rPr>
        <w:t>Nome prodotto : ___________________________________________________________</w:t>
      </w:r>
    </w:p>
    <w:p>
      <w:r>
        <w:rPr>
          <w:b w:val="0"/>
          <w:sz w:val="20"/>
        </w:rPr>
        <w:t>Modello/Tipo : _____________________________________________________________</w:t>
      </w:r>
    </w:p>
    <w:p>
      <w:r>
        <w:rPr>
          <w:b w:val="0"/>
          <w:sz w:val="20"/>
        </w:rPr>
        <w:t>Numero di serie (se applicabile) : __________________________________________</w:t>
      </w:r>
    </w:p>
    <w:p>
      <w:r>
        <w:rPr>
          <w:b w:val="0"/>
          <w:sz w:val="20"/>
        </w:rPr>
        <w:t>Categoria di prodotto : ____________________________________________________</w:t>
      </w:r>
    </w:p>
    <w:p/>
    <w:p>
      <w:r>
        <w:rPr>
          <w:b/>
          <w:sz w:val="20"/>
        </w:rPr>
        <w:t>3. Direttive Comunitarie Applicate</w:t>
      </w:r>
    </w:p>
    <w:p>
      <w:r>
        <w:rPr>
          <w:b w:val="0"/>
          <w:sz w:val="20"/>
        </w:rPr>
        <w:t>Il prodotto è conforme alle seguenti direttive comunitarie e successive modifiche ed integrazioni:</w:t>
      </w:r>
    </w:p>
    <w:p>
      <w:r>
        <w:rPr>
          <w:b w:val="0"/>
          <w:sz w:val="20"/>
        </w:rPr>
        <w:t>- Direttiva 2014/30/UE (Compatibilità Elettromagnetica)</w:t>
      </w:r>
    </w:p>
    <w:p>
      <w:r>
        <w:rPr>
          <w:b w:val="0"/>
          <w:sz w:val="20"/>
        </w:rPr>
        <w:t>- Direttiva 2014/35/UE (Bassa Tensione)</w:t>
      </w:r>
    </w:p>
    <w:p>
      <w:r>
        <w:rPr>
          <w:b w:val="0"/>
          <w:sz w:val="20"/>
        </w:rPr>
        <w:t>- Direttiva 2006/42/CE (Macchine)</w:t>
      </w:r>
    </w:p>
    <w:p>
      <w:r>
        <w:rPr>
          <w:b w:val="0"/>
          <w:sz w:val="20"/>
        </w:rPr>
        <w:t>- Direttiva 2011/65/UE (RoHS)</w:t>
      </w:r>
    </w:p>
    <w:p>
      <w:r>
        <w:rPr>
          <w:b w:val="0"/>
          <w:sz w:val="20"/>
        </w:rPr>
        <w:t>- Altre direttive applicabili : ______________________________________________</w:t>
      </w:r>
    </w:p>
    <w:p/>
    <w:p>
      <w:r>
        <w:rPr>
          <w:b/>
          <w:sz w:val="20"/>
        </w:rPr>
        <w:t>4. Norme Armonizzate Applicate</w:t>
      </w:r>
    </w:p>
    <w:p>
      <w:r>
        <w:rPr>
          <w:b w:val="0"/>
          <w:sz w:val="20"/>
        </w:rPr>
        <w:t>La conformità è stata verificata applicando le seguenti norme armonizzate:</w:t>
      </w:r>
    </w:p>
    <w:p>
      <w:r>
        <w:rPr>
          <w:b w:val="0"/>
          <w:sz w:val="20"/>
        </w:rPr>
        <w:t>- EN 60204-1:2018 Sicurezza del macchinario - Equipaggiamento elettrico delle macchine</w:t>
      </w:r>
    </w:p>
    <w:p>
      <w:r>
        <w:rPr>
          <w:b w:val="0"/>
          <w:sz w:val="20"/>
        </w:rPr>
        <w:t>- EN ISO 12100:2010 Sicurezza del macchinario - Principi generali di progettazione</w:t>
      </w:r>
    </w:p>
    <w:p>
      <w:r>
        <w:rPr>
          <w:b w:val="0"/>
          <w:sz w:val="20"/>
        </w:rPr>
        <w:t>- Altre norme applicate : __________________________________________________</w:t>
      </w:r>
    </w:p>
    <w:p/>
    <w:p>
      <w:r>
        <w:rPr>
          <w:b/>
          <w:sz w:val="20"/>
        </w:rPr>
        <w:t>5. Organismi Notificati e Certificazioni</w:t>
      </w:r>
    </w:p>
    <w:p>
      <w:r>
        <w:rPr>
          <w:b w:val="0"/>
          <w:sz w:val="20"/>
        </w:rPr>
        <w:t>Qualora applicabile, le seguenti certificazioni sono state rilasciate da organismi notificati:</w:t>
      </w:r>
    </w:p>
    <w:p>
      <w:r>
        <w:rPr>
          <w:b w:val="0"/>
          <w:sz w:val="20"/>
        </w:rPr>
        <w:t>- Nome organismo notificato : ______________________________________________</w:t>
      </w:r>
    </w:p>
    <w:p>
      <w:r>
        <w:rPr>
          <w:b w:val="0"/>
          <w:sz w:val="20"/>
        </w:rPr>
        <w:t>- Numero certificato : _____________________________________________________</w:t>
      </w:r>
    </w:p>
    <w:p>
      <w:r>
        <w:rPr>
          <w:b w:val="0"/>
          <w:sz w:val="20"/>
        </w:rPr>
        <w:t>- Data rilascio : __________________________________________________________</w:t>
      </w:r>
    </w:p>
    <w:p/>
    <w:p>
      <w:r>
        <w:rPr>
          <w:b/>
          <w:sz w:val="20"/>
        </w:rPr>
        <w:t>6. Dichiarazione di Responsabilità</w:t>
      </w:r>
    </w:p>
    <w:p>
      <w:r>
        <w:rPr>
          <w:b w:val="0"/>
          <w:sz w:val="20"/>
        </w:rPr>
        <w:t>Il sottoscritto dichiara sotto la propria responsabilità che il prodotto descritto è conforme alle disposizioni legislative e regolamentari vigenti in materia di sicurezza e salute, ed è stato sottoposto a tutte le verifiche necessarie per garantirne la conformità.</w:t>
      </w:r>
    </w:p>
    <w:p/>
    <w:p/>
    <w:p>
      <w:r>
        <w:rPr>
          <w:b w:val="0"/>
          <w:sz w:val="20"/>
        </w:rPr>
        <w:t>Luogo : ________________________________    Data : 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La presente dichiarazione è redatta ai sensi del D.Lgs. 81/2008, D.Lgs. 206/2005, e direttive comunitarie vigenti.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https://esperto-dichiarazioni.com/dichiarazione-di-conformita-ce/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conformita-c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