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DEL FAMILIARE DI SOSTENTAMENTO DEL NUCLEO FAMILIARE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_________________________________________________________________</w:t>
      </w:r>
    </w:p>
    <w:p>
      <w:r>
        <w:rPr>
          <w:b w:val="0"/>
          <w:sz w:val="20"/>
        </w:rPr>
        <w:t>Data di nascita : _________________________________________________________________</w:t>
      </w:r>
    </w:p>
    <w:p>
      <w:r>
        <w:rPr>
          <w:b w:val="0"/>
          <w:sz w:val="20"/>
        </w:rPr>
        <w:t>Luogo di nascita : _________________________________________________________________</w:t>
      </w:r>
    </w:p>
    <w:p>
      <w:r>
        <w:rPr>
          <w:b w:val="0"/>
          <w:sz w:val="20"/>
        </w:rPr>
        <w:t>Residenza : _____________________________________________________________________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______________________________________________________________________</w:t>
      </w:r>
    </w:p>
    <w:p/>
    <w:p>
      <w:r>
        <w:rPr>
          <w:b/>
          <w:sz w:val="20"/>
        </w:rPr>
        <w:t>Dichiara sotto la propria responsabilità, ai sensi degli artt. 46 e 47 del D.P.R. 28 dicembre 2000, n. 445 e successive modifiche ed integrazioni, quanto segue:</w:t>
      </w:r>
    </w:p>
    <w:p/>
    <w:p>
      <w:r>
        <w:rPr>
          <w:b/>
          <w:sz w:val="20"/>
        </w:rPr>
        <w:t>1. Che fa parte del proprio nucleo familiare il/la Sig./Sig.ra:</w:t>
      </w:r>
    </w:p>
    <w:p>
      <w:r>
        <w:rPr>
          <w:b w:val="0"/>
          <w:sz w:val="20"/>
        </w:rPr>
        <w:t>Nome e Cognome : _________________________________________________________________</w:t>
      </w:r>
    </w:p>
    <w:p>
      <w:r>
        <w:rPr>
          <w:b w:val="0"/>
          <w:sz w:val="20"/>
        </w:rPr>
        <w:t>Grado di parentela : 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_________________________________________________________________</w:t>
      </w:r>
    </w:p>
    <w:p>
      <w:r>
        <w:rPr>
          <w:b w:val="0"/>
          <w:sz w:val="20"/>
        </w:rPr>
        <w:t>Data di nascita : _________________________________________________________________</w:t>
      </w:r>
    </w:p>
    <w:p>
      <w:r>
        <w:rPr>
          <w:b w:val="0"/>
          <w:sz w:val="20"/>
        </w:rPr>
        <w:t>Luogo di nascita : _________________________________________________________________</w:t>
      </w:r>
    </w:p>
    <w:p>
      <w:r>
        <w:rPr>
          <w:b w:val="0"/>
          <w:sz w:val="20"/>
        </w:rPr>
        <w:t>Residenza : _____________________________________________________________________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______________________________________________________________________</w:t>
      </w:r>
    </w:p>
    <w:p/>
    <w:p>
      <w:r>
        <w:rPr>
          <w:b w:val="0"/>
          <w:sz w:val="20"/>
        </w:rPr>
        <w:t>2. Che il/la suddetto/a familiare è a suo carico e riceve da lui/lei il sostentamento economico necessario per il proprio mantenimento, come previsto dall’art. 433 c.c. e dalle normative vigenti in materia.</w:t>
      </w:r>
    </w:p>
    <w:p/>
    <w:p>
      <w:r>
        <w:rPr>
          <w:b/>
          <w:sz w:val="20"/>
        </w:rPr>
        <w:t>3. Che il nucleo familiare è così composto: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Nome e Cognome</w:t>
            </w:r>
          </w:p>
        </w:tc>
        <w:tc>
          <w:tcPr>
            <w:tcW w:type="dxa" w:w="2493"/>
          </w:tcPr>
          <w:p>
            <w:r>
              <w:t>Grado di Parentela</w:t>
            </w:r>
          </w:p>
        </w:tc>
        <w:tc>
          <w:tcPr>
            <w:tcW w:type="dxa" w:w="2493"/>
          </w:tcPr>
          <w:p>
            <w:r>
              <w:t>Data di Nascita</w:t>
            </w:r>
          </w:p>
        </w:tc>
        <w:tc>
          <w:tcPr>
            <w:tcW w:type="dxa" w:w="2493"/>
          </w:tcPr>
          <w:p>
            <w:r>
              <w:t>Codice Fiscale</w:t>
            </w:r>
          </w:p>
        </w:tc>
      </w:tr>
    </w:tbl>
    <w:p/>
    <w:p>
      <w:r>
        <w:rPr>
          <w:b w:val="0"/>
          <w:sz w:val="20"/>
        </w:rPr>
        <w:t>Inserire qui i componenti del nucleo familiare, uno per riga nella tabella.</w:t>
      </w:r>
    </w:p>
    <w:p/>
    <w:p/>
    <w:p>
      <w:r>
        <w:rPr>
          <w:b/>
          <w:sz w:val="20"/>
        </w:rPr>
        <w:t>Consapevole delle sanzioni penali previste dall’art. 76 del D.P.R. 445/2000 in caso di dichiarazioni mendaci e falsità negli atti, nonché della decadenza dai benefici eventualmente conseguenti al provvedimento emanato sulla base della presente dichiarazione, il/la sottoscritto/a:</w:t>
      </w:r>
    </w:p>
    <w:p>
      <w:r>
        <w:rPr>
          <w:b w:val="0"/>
          <w:sz w:val="20"/>
        </w:rPr>
        <w:t>4. Si impegna a comunicare tempestivamente ogni variazione che dovesse intervenire circa la situazione dichiarata.</w:t>
      </w:r>
    </w:p>
    <w:p/>
    <w:p>
      <w:r>
        <w:rPr>
          <w:b w:val="0"/>
          <w:sz w:val="20"/>
        </w:rPr>
        <w:t>Luogo : ___________________________________________________________    Data : ____________________________</w:t>
      </w:r>
    </w:p>
    <w:p/>
    <w:p/>
    <w:p/>
    <w:p>
      <w:r>
        <w:rPr>
          <w:b/>
          <w:sz w:val="20"/>
        </w:rPr>
        <w:t>Firma del Dichiarente: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/>
    <w:p>
      <w:r>
        <w:rPr>
          <w:b/>
          <w:sz w:val="20"/>
        </w:rPr>
        <w:t>Firma del Testimone/Funzionario: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Testimone/Funzionario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</w:tr>
    </w:tbl>
    <w:p/>
    <w:p>
      <w:r>
        <w:rPr>
          <w:b/>
          <w:sz w:val="20"/>
        </w:rPr>
        <w:t>La presente dichiarazione viene resa ai sensi della normativa vigente e può essere utilizzata esclusivamente per i fini indicati dalla legge.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https://esperto-dichiarazioni.com/dichiarazione-del-familiare-di-sostentamento-del-nucleo-familiare/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el-familiare-di-sostentamento-del-nucleo-familiar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