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DICHIARAZIONE ALLERGENI FAC SIMILE</w:t>
      </w:r>
    </w:p>
    <w:p/>
    <w:p/>
    <w:p>
      <w:r>
        <w:rPr>
          <w:b/>
          <w:sz w:val="20"/>
        </w:rPr>
        <w:t>Ragione Sociale / Nome dell’Impresa : ______________________________________________</w:t>
      </w:r>
    </w:p>
    <w:p>
      <w:r>
        <w:rPr>
          <w:b w:val="0"/>
          <w:sz w:val="20"/>
        </w:rPr>
        <w:t>Indirizzo Sede Operativa : _______________________________________________________</w:t>
      </w:r>
    </w:p>
    <w:p>
      <w:r>
        <w:rPr>
          <w:b w:val="0"/>
          <w:sz w:val="20"/>
        </w:rPr>
        <w:t>Partita IVA / Codice Fiscale : ___________________________________________________</w:t>
      </w:r>
    </w:p>
    <w:p/>
    <w:p/>
    <w:p>
      <w:r>
        <w:rPr>
          <w:b/>
          <w:sz w:val="20"/>
        </w:rPr>
        <w:t>Premessa :</w:t>
      </w:r>
    </w:p>
    <w:p>
      <w:r>
        <w:rPr>
          <w:b w:val="0"/>
          <w:sz w:val="20"/>
        </w:rPr>
        <w:t>La presente dichiarazione viene redatta in conformità al Regolamento (UE) n. 1169/2011 riguardante la fornitura di informazioni sugli alimenti ai consumatori, al fine di garantire la corretta informazione riguardo la presenza di allergeni e sostanze che provocano intolleranze negli alimenti commercializzati dall'impresa.</w:t>
      </w:r>
    </w:p>
    <w:p/>
    <w:p/>
    <w:p>
      <w:r>
        <w:rPr>
          <w:b/>
          <w:sz w:val="20"/>
        </w:rPr>
        <w:t>Elenco degli allergeni presenti nei prodotti o preparazioni fornite :</w:t>
      </w:r>
    </w:p>
    <w:p>
      <w:r>
        <w:rPr>
          <w:b w:val="0"/>
          <w:sz w:val="20"/>
        </w:rPr>
        <w:t>- Cereali contenenti glutine (grano, segale, orzo, avena, farro, kamut e loro ceppi ibridati)</w:t>
      </w:r>
    </w:p>
    <w:p>
      <w:r>
        <w:rPr>
          <w:b w:val="0"/>
          <w:sz w:val="20"/>
        </w:rPr>
        <w:t>- Crosta­cei e prodotti a base di crostacei</w:t>
      </w:r>
    </w:p>
    <w:p>
      <w:r>
        <w:rPr>
          <w:b w:val="0"/>
          <w:sz w:val="20"/>
        </w:rPr>
        <w:t>- Uova e prodotti a base di uova</w:t>
      </w:r>
    </w:p>
    <w:p>
      <w:r>
        <w:rPr>
          <w:b w:val="0"/>
          <w:sz w:val="20"/>
        </w:rPr>
        <w:t>- Pesce e prodotti a base di pesce</w:t>
      </w:r>
    </w:p>
    <w:p>
      <w:r>
        <w:rPr>
          <w:b w:val="0"/>
          <w:sz w:val="20"/>
        </w:rPr>
        <w:t>- Arachidi e prodotti a base di arachidi</w:t>
      </w:r>
    </w:p>
    <w:p>
      <w:r>
        <w:rPr>
          <w:b w:val="0"/>
          <w:sz w:val="20"/>
        </w:rPr>
        <w:t>- Soia e prodotti a base di soia</w:t>
      </w:r>
    </w:p>
    <w:p>
      <w:r>
        <w:rPr>
          <w:b w:val="0"/>
          <w:sz w:val="20"/>
        </w:rPr>
        <w:t>- Latte e prodotti a base di latte (incluso il lattosio)</w:t>
      </w:r>
    </w:p>
    <w:p>
      <w:r>
        <w:rPr>
          <w:b w:val="0"/>
          <w:sz w:val="20"/>
        </w:rPr>
        <w:t>- Frutta a guscio: mandorle, nocciole, noci, anacardi, noci pecan, noci del Brasile, pistacchi, noci macadamia e prodotti derivati</w:t>
      </w:r>
    </w:p>
    <w:p>
      <w:r>
        <w:rPr>
          <w:b w:val="0"/>
          <w:sz w:val="20"/>
        </w:rPr>
        <w:t>- Sedano e prodotti a base di sedano</w:t>
      </w:r>
    </w:p>
    <w:p>
      <w:r>
        <w:rPr>
          <w:b w:val="0"/>
          <w:sz w:val="20"/>
        </w:rPr>
        <w:t>- Senape e prodotti a base di senape</w:t>
      </w:r>
    </w:p>
    <w:p>
      <w:r>
        <w:rPr>
          <w:b w:val="0"/>
          <w:sz w:val="20"/>
        </w:rPr>
        <w:t>- Semi di sesamo e prodotti a base di semi di sesamo</w:t>
      </w:r>
    </w:p>
    <w:p>
      <w:r>
        <w:rPr>
          <w:b w:val="0"/>
          <w:sz w:val="20"/>
        </w:rPr>
        <w:t>- Anidride solforosa e solfiti in concentrazioni superiori a 10 mg/kg o 10 mg/litro</w:t>
      </w:r>
    </w:p>
    <w:p>
      <w:r>
        <w:rPr>
          <w:b w:val="0"/>
          <w:sz w:val="20"/>
        </w:rPr>
        <w:t>- Lupini e prodotti a base di lupini</w:t>
      </w:r>
    </w:p>
    <w:p>
      <w:r>
        <w:rPr>
          <w:b w:val="0"/>
          <w:sz w:val="20"/>
        </w:rPr>
        <w:t>- Molluschi e prodotti a base di molluschi</w:t>
      </w:r>
    </w:p>
    <w:p/>
    <w:p/>
    <w:p>
      <w:r>
        <w:rPr>
          <w:b/>
          <w:sz w:val="20"/>
        </w:rPr>
        <w:t>Dichiarazione :</w:t>
      </w:r>
    </w:p>
    <w:p>
      <w:r>
        <w:rPr>
          <w:b w:val="0"/>
          <w:sz w:val="20"/>
        </w:rPr>
        <w:t>L'impresa, consapevole delle responsabilità civili e penali previste dalla normativa vigente, dichiara che le informazioni fornite relative alla presenza di allergeni nei prodotti sono veritiere e aggiornate al momento della redazione della presente dichiarazione. L'impresa si impegna a comunicare tempestivamente eventuali variazioni o modifiche riguardanti la composizione degli alimenti.</w:t>
      </w:r>
    </w:p>
    <w:p/>
    <w:p/>
    <w:p>
      <w:r>
        <w:rPr>
          <w:b/>
          <w:sz w:val="20"/>
        </w:rPr>
        <w:t>Avvertenze :</w:t>
      </w:r>
    </w:p>
    <w:p>
      <w:r>
        <w:rPr>
          <w:b w:val="0"/>
          <w:sz w:val="20"/>
        </w:rPr>
        <w:t>Si raccomanda agli utilizzatori di questa dichiarazione di verificare sempre la documentazione aggiornata fornita dall'impresa e di segnalare tempestivamente qualsiasi problematica o variazione rilevata relativa agli allergeni.</w:t>
      </w:r>
    </w:p>
    <w:p/>
    <w:p/>
    <w:p>
      <w:r>
        <w:rPr>
          <w:b/>
          <w:sz w:val="20"/>
        </w:rPr>
        <w:t>Dati del dichiarante :</w:t>
      </w:r>
    </w:p>
    <w:p>
      <w:r>
        <w:rPr>
          <w:b w:val="0"/>
          <w:sz w:val="20"/>
        </w:rPr>
        <w:t>Nome e Cognome : ___________________________________________________________</w:t>
      </w:r>
    </w:p>
    <w:p>
      <w:r>
        <w:rPr>
          <w:b w:val="0"/>
          <w:sz w:val="20"/>
        </w:rPr>
        <w:t>Qualifica : _________________________________________________________________</w:t>
      </w:r>
    </w:p>
    <w:p>
      <w:r>
        <w:rPr>
          <w:b w:val="0"/>
          <w:sz w:val="20"/>
        </w:rPr>
        <w:t>Firma : ____________________________________________________________________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Luogo di redazione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dichiarante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https://esperto-dichiarazioni.com/dichiarazione-allergeni-fac-simile/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https://esperto-dichiarazioni.com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esperto-dichiarazioni.com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dichiarazioni.com/dichiarazione-allergeni-fac-simile/" TargetMode="External"/><Relationship Id="rId10" Type="http://schemas.openxmlformats.org/officeDocument/2006/relationships/hyperlink" Target="https://esperto-dichiarazio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