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AGENZIA DELLE ENTRATE</w:t>
      </w:r>
    </w:p>
    <w:p>
      <w:pPr>
        <w:jc w:val="center"/>
      </w:pPr>
      <w:r>
        <w:rPr>
          <w:b/>
          <w:sz w:val="20"/>
        </w:rPr>
        <w:t>RICHIESTA DI ACCESSO ALLA DICHIARAZIONE DEI REDDITI EX CONIUGE</w:t>
      </w:r>
    </w:p>
    <w:p/>
    <w:p/>
    <w:p>
      <w:r>
        <w:rPr>
          <w:b/>
          <w:sz w:val="20"/>
        </w:rPr>
        <w:t>Dati del Richiedente (Istante):</w:t>
      </w:r>
    </w:p>
    <w:p>
      <w:r>
        <w:rPr>
          <w:b w:val="0"/>
          <w:sz w:val="20"/>
        </w:rPr>
        <w:t>Nome e Cognome: __________________________________________________</w:t>
      </w:r>
    </w:p>
    <w:p>
      <w:r>
        <w:rPr>
          <w:b w:val="0"/>
          <w:sz w:val="20"/>
        </w:rPr>
        <w:t>Codice Fiscale: _________________________________________________</w:t>
      </w:r>
    </w:p>
    <w:p>
      <w:r>
        <w:rPr>
          <w:b w:val="0"/>
          <w:sz w:val="20"/>
        </w:rPr>
        <w:t>Residenza/Domicilio: _____________________________________________</w:t>
      </w:r>
    </w:p>
    <w:p>
      <w:r>
        <w:rPr>
          <w:b w:val="0"/>
          <w:sz w:val="20"/>
        </w:rPr>
        <w:t>Indirizzo PEC o E-mail: __________________________________________</w:t>
      </w:r>
    </w:p>
    <w:p/>
    <w:p>
      <w:r>
        <w:rPr>
          <w:b/>
          <w:sz w:val="20"/>
        </w:rPr>
        <w:t>Dati dell'Ex Coniuge (Intestatario Dichiarazione):</w:t>
      </w:r>
    </w:p>
    <w:p>
      <w:r>
        <w:rPr>
          <w:b w:val="0"/>
          <w:sz w:val="20"/>
        </w:rPr>
        <w:t>Nome e Cognome: __________________________________________________</w:t>
      </w:r>
    </w:p>
    <w:p>
      <w:r>
        <w:rPr>
          <w:b w:val="0"/>
          <w:sz w:val="20"/>
        </w:rPr>
        <w:t>Codice Fiscale: _________________________________________________</w:t>
      </w:r>
    </w:p>
    <w:p>
      <w:r>
        <w:rPr>
          <w:b w:val="0"/>
          <w:sz w:val="20"/>
        </w:rPr>
        <w:t>Residenza/Domicilio: _____________________________________________</w:t>
      </w:r>
    </w:p>
    <w:p/>
    <w:p>
      <w:r>
        <w:rPr>
          <w:b/>
          <w:sz w:val="20"/>
        </w:rPr>
        <w:t>PREMESSO CHE:</w:t>
      </w:r>
    </w:p>
    <w:p>
      <w:r>
        <w:rPr>
          <w:b w:val="0"/>
          <w:sz w:val="20"/>
        </w:rPr>
        <w:t>a) il/la sottoscritto/a richiede copia della dichiarazione dei redditi relativi agli anni fiscali di interesse dell'ex coniuge, ai sensi dell'art. 5 del D.P.R. 22 dicembre 1986, n. 917 e successive modifiche;</w:t>
      </w:r>
    </w:p>
    <w:p>
      <w:r>
        <w:rPr>
          <w:b w:val="0"/>
          <w:sz w:val="20"/>
        </w:rPr>
        <w:t>b) il richiedente è titolare di diritti derivanti dalla relazione matrimoniale pregressa con l'ex coniuge, connessi alla tutela di interessi legittimi e patrimoniali;</w:t>
      </w:r>
    </w:p>
    <w:p>
      <w:r>
        <w:rPr>
          <w:b w:val="0"/>
          <w:sz w:val="20"/>
        </w:rPr>
        <w:t>c) la presente richiesta è finalizzata all'accertamento delle condizioni reddituali dell'ex coniuge, ai fini di eventuali azioni conseguenti, incluse quelle di natura giudiziaria.</w:t>
      </w:r>
    </w:p>
    <w:p/>
    <w:p>
      <w:r>
        <w:rPr>
          <w:b/>
          <w:sz w:val="20"/>
        </w:rPr>
        <w:t>CHIEDE</w:t>
      </w:r>
    </w:p>
    <w:p>
      <w:r>
        <w:rPr>
          <w:b w:val="0"/>
          <w:sz w:val="20"/>
        </w:rPr>
        <w:t>che l'Agenzia delle Entrate rilasci copia completa e conforme della dichiarazione dei redditi relativa agli anni fiscali: ________________</w:t>
      </w:r>
    </w:p>
    <w:p>
      <w:r>
        <w:rPr>
          <w:b w:val="0"/>
          <w:sz w:val="20"/>
        </w:rPr>
        <w:t>presentata dall'ex coniuge sopra indicato, comprensiva di tutti i modelli e documenti allegati, ai sensi della normativa vigente in materia di accesso agli atti amministrativi e fiscali.</w:t>
      </w:r>
    </w:p>
    <w:p/>
    <w:p>
      <w:r>
        <w:rPr>
          <w:b/>
          <w:sz w:val="20"/>
        </w:rPr>
        <w:t>RIFERIMENTI NORMATIVI</w:t>
      </w:r>
    </w:p>
    <w:p>
      <w:r>
        <w:rPr>
          <w:b w:val="0"/>
          <w:sz w:val="20"/>
        </w:rPr>
        <w:t>- Art. 22 della Legge 7 agosto 1990, n. 241, in materia di accesso agli atti amministrativi;</w:t>
      </w:r>
    </w:p>
    <w:p>
      <w:r>
        <w:rPr>
          <w:b w:val="0"/>
          <w:sz w:val="20"/>
        </w:rPr>
        <w:t>- Art. 5 del D.P.R. 22 dicembre 1986, n. 917 (Testo Unico delle Imposte sui Redditi);</w:t>
      </w:r>
    </w:p>
    <w:p>
      <w:r>
        <w:rPr>
          <w:b w:val="0"/>
          <w:sz w:val="20"/>
        </w:rPr>
        <w:t>- Art. 10 della Legge 27 luglio 2000, n. 212 (Statuto del Contribuente);</w:t>
      </w:r>
    </w:p>
    <w:p>
      <w:r>
        <w:rPr>
          <w:b w:val="0"/>
          <w:sz w:val="20"/>
        </w:rPr>
        <w:t>- Normativa vigente in materia di privacy e protezione dei dati personali (Regolamento UE 2016/679).</w:t>
      </w:r>
    </w:p>
    <w:p/>
    <w:p>
      <w:r>
        <w:rPr>
          <w:b/>
          <w:sz w:val="20"/>
        </w:rPr>
        <w:t>DICHIARA</w:t>
      </w:r>
    </w:p>
    <w:p>
      <w:r>
        <w:rPr>
          <w:b w:val="0"/>
          <w:sz w:val="20"/>
        </w:rPr>
        <w:t>di assumersi ogni responsabilità ai sensi degli artt. 46 e 47 del D.P.R. 28 dicembre 2000, n. 445, in ordine alla veridicità delle informazioni fornite e alla legittimità della presente richiesta.</w:t>
      </w:r>
    </w:p>
    <w:p>
      <w:r>
        <w:rPr>
          <w:b w:val="0"/>
          <w:sz w:val="20"/>
        </w:rPr>
        <w:t>di essere a conoscenza delle sanzioni penali previste in caso di dichiarazioni mendaci, ai sensi dell'art. 76 del medesimo D.P.R. n. 445/2000.</w:t>
      </w:r>
    </w:p>
    <w:p/>
    <w:p>
      <w:r>
        <w:rPr>
          <w:b/>
          <w:sz w:val="20"/>
        </w:rPr>
        <w:t>INFORMATIVA SUL TRATTAMENTO DEI DATI PERSONALI</w:t>
      </w:r>
    </w:p>
    <w:p>
      <w:r>
        <w:rPr>
          <w:b w:val="0"/>
          <w:sz w:val="20"/>
        </w:rPr>
        <w:t>Ai sensi dell'art. 13 del Regolamento UE 2016/679 (GDPR), si informa che i dati personali forniti con la presente richiesta saranno trattati esclusivamente per le finalità connesse alla gestione della richiesta stessa, nel rispetto della normativa vigente in materia di protezione dei dati personali.</w:t>
      </w:r>
    </w:p>
    <w:p/>
    <w:p>
      <w:r>
        <w:rPr>
          <w:b w:val="0"/>
          <w:sz w:val="20"/>
        </w:rPr>
        <w:t>Luogo e Data: 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Richiedente</w:t>
            </w:r>
          </w:p>
        </w:tc>
        <w:tc>
          <w:tcPr>
            <w:tcW w:type="dxa" w:w="4986"/>
            <w:tcBorders>
              <w:top w:val="nil"/>
              <w:left w:val="nil"/>
              <w:bottom w:val="nil"/>
              <w:right w:val="nil"/>
              <w:insideH w:val="nil"/>
              <w:insideV w:val="nil"/>
            </w:tcBorders>
          </w:tcPr>
          <w:p>
            <w:pPr>
              <w:jc w:val="center"/>
            </w:pPr>
            <w:r>
              <w:t>Testimone (se previsto)</w:t>
            </w:r>
          </w:p>
        </w:tc>
      </w:tr>
      <w:tr>
        <w:tc>
          <w:tcPr>
            <w:tcW w:type="dxa" w:w="4986"/>
            <w:tcBorders>
              <w:top w:val="nil"/>
              <w:left w:val="nil"/>
              <w:bottom w:val="nil"/>
              <w:right w:val="nil"/>
              <w:insideH w:val="nil"/>
              <w:insideV w:val="nil"/>
            </w:tcBorders>
          </w:tcPr>
          <w:p>
            <w:pPr>
              <w:jc w:val="center"/>
            </w:pPr>
            <w:r>
              <w:br/>
              <w:br/>
              <w:t>Firma: ___________________________</w:t>
            </w:r>
          </w:p>
        </w:tc>
        <w:tc>
          <w:tcPr>
            <w:tcW w:type="dxa" w:w="4986"/>
            <w:tcBorders>
              <w:top w:val="nil"/>
              <w:left w:val="nil"/>
              <w:bottom w:val="nil"/>
              <w:right w:val="nil"/>
              <w:insideH w:val="nil"/>
              <w:insideV w:val="nil"/>
            </w:tcBorders>
          </w:tcPr>
          <w:p>
            <w:pPr>
              <w:jc w:val="center"/>
            </w:pPr>
            <w:r>
              <w:br/>
              <w:br/>
              <w:t>Firma: ___________________________</w:t>
            </w:r>
          </w:p>
        </w:tc>
      </w:tr>
      <w:tr>
        <w:tc>
          <w:tcPr>
            <w:tcW w:type="dxa" w:w="4986"/>
            <w:tcBorders>
              <w:top w:val="nil"/>
              <w:left w:val="nil"/>
              <w:bottom w:val="nil"/>
              <w:right w:val="nil"/>
              <w:insideH w:val="nil"/>
              <w:insideV w:val="nil"/>
            </w:tcBorders>
          </w:tcPr>
          <w:p>
            <w:pPr>
              <w:jc w:val="center"/>
            </w:pPr>
            <w:r>
              <w:t>Nome: ____________________________</w:t>
            </w:r>
          </w:p>
        </w:tc>
        <w:tc>
          <w:tcPr>
            <w:tcW w:type="dxa" w:w="4986"/>
            <w:tcBorders>
              <w:top w:val="nil"/>
              <w:left w:val="nil"/>
              <w:bottom w:val="nil"/>
              <w:right w:val="nil"/>
              <w:insideH w:val="nil"/>
              <w:insideV w:val="nil"/>
            </w:tcBorders>
          </w:tcPr>
          <w:p>
            <w:pPr>
              <w:jc w:val="center"/>
            </w:pPr>
            <w:r>
              <w:t>Nome: 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https://esperto-dichiarazioni.com/agenzia-entrate-richiesta-dichiarazione-redditi-ex-coniuge-fac-simile/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https://esperto-dichiarazioni.com</w:t>
        </w:r>
      </w:hyperlink>
    </w:p>
    <w:p>
      <w:pPr>
        <w:jc w:val="center"/>
      </w:pPr>
      <w:r>
        <w:rPr>
          <w:color w:val="808080"/>
          <w:sz w:val="20"/>
        </w:rPr>
        <w:t>Questo modello è destinato esclusivamente a un uso personale e non commerciale.</w:t>
        <w:br/>
        <w:t>Qualsiasi diffusione o pubblicazione deve citare obbligatoriamente la fonte. © esperto-dichiarazioni.com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dichiarazioni.com/agenzia-entrate-richiesta-dichiarazione-redditi-ex-coniuge-fac-simile/" TargetMode="External"/><Relationship Id="rId10" Type="http://schemas.openxmlformats.org/officeDocument/2006/relationships/hyperlink" Target="https://esperto-dichiarazio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